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0651F"/>
          </w:tcPr>
          <w:p>
            <w:pPr>
              <w:spacing w:before="200" w:after="8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BRADFORD VTS TEACHING AIDS</w:t>
            </w:r>
          </w:p>
        </w:tc>
      </w:tr>
      <w:tr>
        <w:tc>
          <w:tcPr>
            <w:tcW w:type="dxa" w:w="10200"/>
            <w:shd w:fill="E0651F"/>
          </w:tcPr>
          <w:p>
            <w:pPr>
              <w:spacing w:before="40" w:after="8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48"/>
              </w:rPr>
              <w:t>Emergency treatment reflection form</w:t>
            </w:r>
          </w:p>
        </w:tc>
      </w:tr>
      <w:tr>
        <w:tc>
          <w:tcPr>
            <w:tcW w:type="dxa" w:w="10200"/>
            <w:shd w:fill="E0651F"/>
          </w:tcPr>
          <w:p>
            <w:pPr>
              <w:spacing w:before="40" w:after="200" w:line="240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FFF7F2"/>
                <w:sz w:val="22"/>
              </w:rPr>
              <w:t>Reflection form · Bradford VTS · May 2026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3C6AE"/>
          </w:tcPr>
          <w:p>
            <w:pPr>
              <w:spacing w:before="480" w:after="480" w:line="276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7A3E1C"/>
                <w:sz w:val="22"/>
              </w:rPr>
              <w:t>[Hero image placeholder]</w:t>
            </w:r>
          </w:p>
        </w:tc>
      </w:tr>
    </w:tbl>
    <w:p>
      <w:pPr>
        <w:spacing w:before="0" w:after="240" w:line="276" w:lineRule="auto"/>
        <w:jc w:val="center"/>
      </w:pPr>
      <w:r>
        <w:rPr>
          <w:rFonts w:ascii="Calibri" w:hAnsi="Calibri" w:eastAsia="Calibri"/>
          <w:b w:val="0"/>
          <w:i/>
          <w:color w:val="666666"/>
          <w:sz w:val="18"/>
        </w:rPr>
        <w:t>Reflection form summary sheet for GP trainees and trainers in UK primary care.</w:t>
      </w:r>
    </w:p>
    <w:p>
      <w:pPr>
        <w:spacing w:before="240" w:after="120" w:line="276" w:lineRule="auto"/>
      </w:pPr>
      <w:r>
        <w:rPr>
          <w:rFonts w:ascii="Calibri" w:hAnsi="Calibri" w:eastAsia="Calibri"/>
          <w:b/>
          <w:i w:val="0"/>
          <w:color w:val="1F2937"/>
          <w:sz w:val="36"/>
        </w:rPr>
        <w:t>Purpose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Use this form after an emergency event, simulation or debrief to support reflective learning and service improvement.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Emergency treatment audit form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Please complete this form and add it to your appraisal and revalidation portfolio.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Title of emergency event and date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Date of emergency event meeting and date report compiled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Why is this case significant to you?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What happened?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Why did it happen?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What have you learned?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What have you changed?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Name: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Signed: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Date: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Educational disclaimer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C0392B"/>
          </w:tcPr>
          <w:p>
            <w:pPr>
              <w:spacing w:before="80" w:after="8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22"/>
              </w:rPr>
              <w:t>Important</w:t>
            </w:r>
          </w:p>
        </w:tc>
      </w:tr>
      <w:tr>
        <w:tc>
          <w:tcPr>
            <w:tcW w:type="dxa" w:w="10200"/>
            <w:shd w:fill="FAFAFA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222222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85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i w:val="0"/>
        <w:color w:val="666666"/>
        <w:sz w:val="16"/>
      </w:rPr>
      <w:t>A free resource provided by www.bradfordvts.co.uk, Dr Ramesh Mehay, revised May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