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0651F"/>
          </w:tcPr>
          <w:p>
            <w:pPr>
              <w:spacing w:before="20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BRADFORD VTS TEACHING AIDS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48"/>
              </w:rPr>
              <w:t>General medicine core curriculum - overview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200" w:line="240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FFF7F2"/>
                <w:sz w:val="22"/>
              </w:rPr>
              <w:t>Curriculum overview · Bradford VTS · May 2026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3C6AE"/>
          </w:tcPr>
          <w:p>
            <w:pPr>
              <w:spacing w:before="480" w:after="480" w:line="276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7A3E1C"/>
                <w:sz w:val="22"/>
              </w:rPr>
              <w:t>[Hero image placeholder]</w:t>
            </w:r>
          </w:p>
        </w:tc>
      </w:tr>
    </w:tbl>
    <w:p>
      <w:pPr>
        <w:spacing w:before="0" w:after="240" w:line="276" w:lineRule="auto"/>
        <w:jc w:val="center"/>
      </w:pPr>
      <w:r>
        <w:rPr>
          <w:rFonts w:ascii="Calibri" w:hAnsi="Calibri" w:eastAsia="Calibri"/>
          <w:b w:val="0"/>
          <w:i/>
          <w:color w:val="666666"/>
          <w:sz w:val="18"/>
        </w:rPr>
        <w:t>Curriculum overview summary sheet for GP trainees and trainers in UK primary care.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Overview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This handout summarises core general medicine topics relevant to GP trainees, especially for acute assessment, ward work, outpatient overlap and community follow-up.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Use it as a map of what you should be able to recognise, start managing and hand over safely.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Core curriculum areas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GENERAL MEDICINE : CORE CURRICULUM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1 a Myocardial Infarction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Cardiac Arrest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Angina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 Heart Failure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 Common Arrhythmias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 Hypertension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 DVT &amp; Pulmonary Embolism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2 a Asthma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COAD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Pneumonia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 Bronchial Carcinoma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 TB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 Pneumothorax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3 a Dyspepsia, Peptic Ulceration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Acute GI bleeding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Diarrhoea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 Jaundice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 Inflammatory Bowel Disease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4 a Renal Failure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Urinary Tract Infections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5 a Rheumatoid Arthritis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Osteoarthritis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Acutely Inflamed Joint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6 a Overdoses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Anaphylaxis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Anaemia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 Anticoagulation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 Alcohol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7 a Disturbed &amp; Violent Behaviour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8 a Palliative Care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Metastatic carcinoma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Pain control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9 a Pressure Sores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Urinary Incontinence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Faecal Incontinence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 Falls, "Gone off legs"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 Managing patients with poor vision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 Managing patients with poor hearing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 Effective discharge of patients into the community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h Managing the elderly with multiple pathologies and poly-pharmacy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 Hypothermia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10 a Headaches/Migraine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CVA &amp; TIA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Meningitis &amp; septicaemia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 Epilepsy &amp; Status Epilepticus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 Confusion/Dementia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f Acute Confusional State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 Coma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h Multiple Sclerosis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 Parkinson's Disease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11 a Insulin Dependant Diabetes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 Non-Insulin Dependant Diabetes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 Uncontrolled Diabetes &amp; Ketoacidosis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 Hypoglycaemia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 Hypo/Hyperthyroidism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Key competencies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Recognise common acute presentations early.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Start first-line management safely.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Know when to escalate, refer or admit.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Link hospital medicine learning back to general practice continuity.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Educational disclaimer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C0392B"/>
          </w:tcPr>
          <w:p>
            <w:pPr>
              <w:spacing w:before="80" w:after="8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22"/>
              </w:rPr>
              <w:t>Important</w:t>
            </w:r>
          </w:p>
        </w:tc>
      </w:tr>
      <w:tr>
        <w:tc>
          <w:tcPr>
            <w:tcW w:type="dxa" w:w="10200"/>
            <w:shd w:fill="FAFAFA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222222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85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i w:val="0"/>
        <w:color w:val="666666"/>
        <w:sz w:val="16"/>
      </w:rPr>
      <w:t>A free resource provided by www.bradfordvts.co.uk, Dr Ramesh Mehay, revised May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