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C557DB" w14:textId="77777777" w:rsidR="00F44217" w:rsidRDefault="00F44217">
      <w:pPr>
        <w:spacing w:after="0"/>
      </w:pPr>
    </w:p>
    <w:tbl>
      <w:tblPr>
        <w:tblW w:w="0" w:type="auto"/>
        <w:jc w:val="center"/>
        <w:tblLayout w:type="fixed"/>
        <w:tblLook w:val="04A0" w:firstRow="1" w:lastRow="0" w:firstColumn="1" w:lastColumn="0" w:noHBand="0" w:noVBand="1"/>
      </w:tblPr>
      <w:tblGrid>
        <w:gridCol w:w="13818"/>
      </w:tblGrid>
      <w:tr w:rsidR="00F44217" w14:paraId="6F6B96C5" w14:textId="77777777" w:rsidTr="00E97975">
        <w:trPr>
          <w:trHeight w:val="2205"/>
          <w:jc w:val="center"/>
        </w:trPr>
        <w:tc>
          <w:tcPr>
            <w:tcW w:w="13818" w:type="dxa"/>
            <w:tcBorders>
              <w:top w:val="nil"/>
              <w:left w:val="nil"/>
              <w:bottom w:val="nil"/>
              <w:right w:val="nil"/>
            </w:tcBorders>
            <w:shd w:val="clear" w:color="auto" w:fill="E0651F"/>
          </w:tcPr>
          <w:p w14:paraId="0CC85E87" w14:textId="77777777" w:rsidR="00F44217" w:rsidRDefault="00000000">
            <w:pPr>
              <w:spacing w:before="360"/>
              <w:jc w:val="center"/>
            </w:pPr>
            <w:r>
              <w:rPr>
                <w:b/>
                <w:caps/>
                <w:color w:val="FFFFFF"/>
                <w:sz w:val="20"/>
              </w:rPr>
              <w:t>BRADFORD VTS TEACHING AIDS</w:t>
            </w:r>
          </w:p>
          <w:p w14:paraId="7DDF1F28" w14:textId="77777777" w:rsidR="00F44217" w:rsidRDefault="00000000">
            <w:pPr>
              <w:jc w:val="center"/>
            </w:pPr>
            <w:r>
              <w:rPr>
                <w:b/>
                <w:color w:val="FFFFFF"/>
                <w:sz w:val="44"/>
              </w:rPr>
              <w:t>Drug use diary</w:t>
            </w:r>
          </w:p>
          <w:p w14:paraId="73BB319F" w14:textId="77777777" w:rsidR="00F44217" w:rsidRDefault="00000000">
            <w:pPr>
              <w:spacing w:after="360"/>
              <w:jc w:val="center"/>
            </w:pPr>
            <w:r>
              <w:rPr>
                <w:i/>
                <w:color w:val="FFFFFF"/>
              </w:rPr>
              <w:t>A self-monitoring tool · Bradford VTS · May 2026</w:t>
            </w:r>
          </w:p>
        </w:tc>
      </w:tr>
    </w:tbl>
    <w:p w14:paraId="0D840712" w14:textId="56FD9B2B" w:rsidR="00F44217" w:rsidRDefault="00F44217"/>
    <w:p w14:paraId="1D0FE8A0" w14:textId="5A369750" w:rsidR="00F44217" w:rsidRDefault="00E97975">
      <w:pPr>
        <w:jc w:val="center"/>
      </w:pPr>
      <w:r>
        <w:rPr>
          <w:noProof/>
        </w:rPr>
        <w:drawing>
          <wp:anchor distT="0" distB="0" distL="114300" distR="114300" simplePos="0" relativeHeight="251658240" behindDoc="1" locked="0" layoutInCell="1" allowOverlap="1" wp14:anchorId="457843FB" wp14:editId="7076B62F">
            <wp:simplePos x="0" y="0"/>
            <wp:positionH relativeFrom="column">
              <wp:posOffset>6062980</wp:posOffset>
            </wp:positionH>
            <wp:positionV relativeFrom="paragraph">
              <wp:posOffset>4445</wp:posOffset>
            </wp:positionV>
            <wp:extent cx="2758440" cy="2071370"/>
            <wp:effectExtent l="0" t="0" r="3810" b="5080"/>
            <wp:wrapTight wrapText="bothSides">
              <wp:wrapPolygon edited="0">
                <wp:start x="0" y="0"/>
                <wp:lineTo x="0" y="21454"/>
                <wp:lineTo x="21481" y="21454"/>
                <wp:lineTo x="2148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ry_journal_writing_self_reflection_1.jpeg"/>
                    <pic:cNvPicPr/>
                  </pic:nvPicPr>
                  <pic:blipFill>
                    <a:blip r:embed="rId8"/>
                    <a:stretch>
                      <a:fillRect/>
                    </a:stretch>
                  </pic:blipFill>
                  <pic:spPr>
                    <a:xfrm>
                      <a:off x="0" y="0"/>
                      <a:ext cx="2758440" cy="2071370"/>
                    </a:xfrm>
                    <a:prstGeom prst="rect">
                      <a:avLst/>
                    </a:prstGeom>
                  </pic:spPr>
                </pic:pic>
              </a:graphicData>
            </a:graphic>
          </wp:anchor>
        </w:drawing>
      </w:r>
    </w:p>
    <w:p w14:paraId="065C069D" w14:textId="5C25A715" w:rsidR="00F44217" w:rsidRDefault="00000000">
      <w:pPr>
        <w:jc w:val="center"/>
      </w:pPr>
      <w:r>
        <w:rPr>
          <w:i/>
          <w:color w:val="5A5A5A"/>
          <w:sz w:val="18"/>
        </w:rPr>
        <w:t>Writing things down can help you notice patterns and plan small next steps.</w:t>
      </w:r>
    </w:p>
    <w:p w14:paraId="13766943" w14:textId="77777777" w:rsidR="00F44217" w:rsidRDefault="00000000">
      <w:pPr>
        <w:spacing w:before="240" w:after="0"/>
      </w:pPr>
      <w:r>
        <w:rPr>
          <w:color w:val="3C3C3C"/>
        </w:rPr>
        <w:t>This diary is for you. It can help you notice what is happening before and after drug use, spot triggers, and make plans that feel realistic. There is no right or wrong way to fill it in. Even a few words can help.</w:t>
      </w:r>
    </w:p>
    <w:p w14:paraId="2A526160" w14:textId="77777777" w:rsidR="00E97975" w:rsidRDefault="00E97975" w:rsidP="00E97975"/>
    <w:p w14:paraId="6A4BB2A2" w14:textId="77777777" w:rsidR="00E97975" w:rsidRDefault="00E97975" w:rsidP="00E97975"/>
    <w:p w14:paraId="2372D4FD" w14:textId="77777777" w:rsidR="00E97975" w:rsidRDefault="00E97975" w:rsidP="00E97975"/>
    <w:p w14:paraId="4900130C" w14:textId="77777777" w:rsidR="00E97975" w:rsidRDefault="00E97975" w:rsidP="00E97975"/>
    <w:p w14:paraId="607275A2" w14:textId="0761AB94" w:rsidR="00F44217" w:rsidRDefault="00000000" w:rsidP="00E97975">
      <w:r>
        <w:rPr>
          <w:b/>
          <w:color w:val="E0651F"/>
          <w:sz w:val="32"/>
        </w:rPr>
        <w:t>How to use this diary</w:t>
      </w:r>
    </w:p>
    <w:p w14:paraId="2217C030" w14:textId="77777777" w:rsidR="00F44217" w:rsidRDefault="00000000">
      <w:pPr>
        <w:pStyle w:val="ListBullet"/>
      </w:pPr>
      <w:r>
        <w:rPr>
          <w:color w:val="3C3C3C"/>
        </w:rPr>
        <w:t>Try to fill in the diary as soon as you can after each time you use, or at the end of the day. Short notes are enough.</w:t>
      </w:r>
    </w:p>
    <w:p w14:paraId="0434C057" w14:textId="77777777" w:rsidR="00F44217" w:rsidRDefault="00000000">
      <w:pPr>
        <w:pStyle w:val="ListBullet"/>
      </w:pPr>
      <w:r>
        <w:rPr>
          <w:color w:val="3C3C3C"/>
        </w:rPr>
        <w:t>Be honest with yourself. This diary is not about blame. It is about understanding what is going on for you.</w:t>
      </w:r>
    </w:p>
    <w:p w14:paraId="76C38758" w14:textId="77777777" w:rsidR="00F44217" w:rsidRDefault="00000000">
      <w:pPr>
        <w:pStyle w:val="ListBullet"/>
      </w:pPr>
      <w:r>
        <w:rPr>
          <w:color w:val="3C3C3C"/>
        </w:rPr>
        <w:t>Look out for patterns such as places, people, feelings, times of day, money worries, stress, boredom, pain, or loneliness.</w:t>
      </w:r>
    </w:p>
    <w:p w14:paraId="462C2E95" w14:textId="77777777" w:rsidR="00F44217" w:rsidRDefault="00000000">
      <w:pPr>
        <w:pStyle w:val="ListBullet"/>
      </w:pPr>
      <w:r>
        <w:rPr>
          <w:color w:val="3C3C3C"/>
        </w:rPr>
        <w:t>Use the weekly reflection page to notice what helped, what was hard, and what small goal you want to try next.</w:t>
      </w:r>
    </w:p>
    <w:tbl>
      <w:tblPr>
        <w:tblW w:w="0" w:type="auto"/>
        <w:jc w:val="center"/>
        <w:tblLook w:val="04A0" w:firstRow="1" w:lastRow="0" w:firstColumn="1" w:lastColumn="0" w:noHBand="0" w:noVBand="1"/>
      </w:tblPr>
      <w:tblGrid>
        <w:gridCol w:w="10368"/>
      </w:tblGrid>
      <w:tr w:rsidR="00F44217" w14:paraId="39DFE0A9" w14:textId="77777777">
        <w:trPr>
          <w:jc w:val="center"/>
        </w:trPr>
        <w:tc>
          <w:tcPr>
            <w:tcW w:w="10368" w:type="dxa"/>
            <w:tcBorders>
              <w:top w:val="single" w:sz="12" w:space="0" w:color="E87420"/>
              <w:left w:val="single" w:sz="12" w:space="0" w:color="E87420"/>
              <w:bottom w:val="single" w:sz="12" w:space="0" w:color="E87420"/>
              <w:right w:val="single" w:sz="12" w:space="0" w:color="E87420"/>
            </w:tcBorders>
            <w:shd w:val="clear" w:color="auto" w:fill="FFF1E8"/>
          </w:tcPr>
          <w:p w14:paraId="2803EE76" w14:textId="77777777" w:rsidR="00F44217" w:rsidRDefault="00000000">
            <w:r>
              <w:rPr>
                <w:b/>
                <w:color w:val="E0651F"/>
              </w:rPr>
              <w:t>A helpful thought: change often starts with noticing. You do not need to fix everything today. One small step is enough.</w:t>
            </w:r>
          </w:p>
        </w:tc>
      </w:tr>
    </w:tbl>
    <w:p w14:paraId="2A4E561D" w14:textId="05C4B98F" w:rsidR="00E97975" w:rsidRDefault="00E97975">
      <w:pPr>
        <w:rPr>
          <w:b/>
          <w:bCs/>
          <w:color w:val="E0651F"/>
          <w:sz w:val="32"/>
          <w:szCs w:val="28"/>
        </w:rPr>
      </w:pPr>
    </w:p>
    <w:p w14:paraId="372FFBD4" w14:textId="22E79BBD" w:rsidR="00F44217" w:rsidRDefault="00000000">
      <w:pPr>
        <w:pStyle w:val="Heading1"/>
      </w:pPr>
      <w:r>
        <w:rPr>
          <w:rFonts w:ascii="Arial" w:eastAsia="Arial" w:hAnsi="Arial" w:cs="Arial"/>
          <w:color w:val="E0651F"/>
          <w:sz w:val="32"/>
        </w:rPr>
        <w:lastRenderedPageBreak/>
        <w:t>Daily diary page 1</w:t>
      </w:r>
    </w:p>
    <w:p w14:paraId="46DCB893" w14:textId="77777777" w:rsidR="00F44217" w:rsidRDefault="00000000">
      <w:r>
        <w:rPr>
          <w:i/>
          <w:color w:val="5A5A5A"/>
          <w:sz w:val="20"/>
        </w:rPr>
        <w:t>Use one page for one day, or one page for one period of time if that feels easier.</w:t>
      </w:r>
    </w:p>
    <w:tbl>
      <w:tblPr>
        <w:tblStyle w:val="TableGrid"/>
        <w:tblW w:w="0" w:type="auto"/>
        <w:jc w:val="center"/>
        <w:tblLook w:val="04A0" w:firstRow="1" w:lastRow="0" w:firstColumn="1" w:lastColumn="0" w:noHBand="0" w:noVBand="1"/>
      </w:tblPr>
      <w:tblGrid>
        <w:gridCol w:w="1174"/>
        <w:gridCol w:w="2268"/>
        <w:gridCol w:w="896"/>
        <w:gridCol w:w="1398"/>
        <w:gridCol w:w="898"/>
        <w:gridCol w:w="1897"/>
        <w:gridCol w:w="1398"/>
        <w:gridCol w:w="1397"/>
        <w:gridCol w:w="1398"/>
        <w:gridCol w:w="1398"/>
      </w:tblGrid>
      <w:tr w:rsidR="00F44217" w14:paraId="7EF91CEF" w14:textId="77777777" w:rsidTr="00E97975">
        <w:trPr>
          <w:tblHeader/>
          <w:jc w:val="center"/>
        </w:trPr>
        <w:tc>
          <w:tcPr>
            <w:tcW w:w="1174" w:type="dxa"/>
            <w:shd w:val="clear" w:color="auto" w:fill="F6C3A7"/>
            <w:vAlign w:val="center"/>
          </w:tcPr>
          <w:p w14:paraId="1CA1C0F6" w14:textId="77777777" w:rsidR="00F44217" w:rsidRDefault="00000000">
            <w:pPr>
              <w:jc w:val="center"/>
            </w:pPr>
            <w:r>
              <w:rPr>
                <w:b/>
                <w:color w:val="3C3C3C"/>
                <w:sz w:val="18"/>
              </w:rPr>
              <w:t>Date</w:t>
            </w:r>
          </w:p>
        </w:tc>
        <w:tc>
          <w:tcPr>
            <w:tcW w:w="2268" w:type="dxa"/>
            <w:shd w:val="clear" w:color="auto" w:fill="F6C3A7"/>
            <w:vAlign w:val="center"/>
          </w:tcPr>
          <w:p w14:paraId="047463E1" w14:textId="77777777" w:rsidR="00F44217" w:rsidRDefault="00000000">
            <w:pPr>
              <w:jc w:val="center"/>
            </w:pPr>
            <w:r>
              <w:rPr>
                <w:b/>
                <w:color w:val="3C3C3C"/>
                <w:sz w:val="18"/>
              </w:rPr>
              <w:t>Drug used</w:t>
            </w:r>
          </w:p>
        </w:tc>
        <w:tc>
          <w:tcPr>
            <w:tcW w:w="896" w:type="dxa"/>
            <w:shd w:val="clear" w:color="auto" w:fill="F6C3A7"/>
            <w:vAlign w:val="center"/>
          </w:tcPr>
          <w:p w14:paraId="00285F4C" w14:textId="77777777" w:rsidR="00F44217" w:rsidRDefault="00000000">
            <w:pPr>
              <w:jc w:val="center"/>
            </w:pPr>
            <w:r>
              <w:rPr>
                <w:b/>
                <w:color w:val="3C3C3C"/>
                <w:sz w:val="18"/>
              </w:rPr>
              <w:t>Amount</w:t>
            </w:r>
          </w:p>
        </w:tc>
        <w:tc>
          <w:tcPr>
            <w:tcW w:w="1398" w:type="dxa"/>
            <w:shd w:val="clear" w:color="auto" w:fill="F6C3A7"/>
            <w:vAlign w:val="center"/>
          </w:tcPr>
          <w:p w14:paraId="27DC8EB3" w14:textId="77777777" w:rsidR="00F44217" w:rsidRDefault="00000000">
            <w:pPr>
              <w:jc w:val="center"/>
            </w:pPr>
            <w:r>
              <w:rPr>
                <w:b/>
                <w:color w:val="3C3C3C"/>
                <w:sz w:val="18"/>
              </w:rPr>
              <w:t>Method</w:t>
            </w:r>
          </w:p>
        </w:tc>
        <w:tc>
          <w:tcPr>
            <w:tcW w:w="898" w:type="dxa"/>
            <w:shd w:val="clear" w:color="auto" w:fill="F6C3A7"/>
            <w:vAlign w:val="center"/>
          </w:tcPr>
          <w:p w14:paraId="535B2352" w14:textId="77777777" w:rsidR="00F44217" w:rsidRDefault="00000000">
            <w:pPr>
              <w:jc w:val="center"/>
            </w:pPr>
            <w:r>
              <w:rPr>
                <w:b/>
                <w:color w:val="3C3C3C"/>
                <w:sz w:val="18"/>
              </w:rPr>
              <w:t>Cost</w:t>
            </w:r>
          </w:p>
        </w:tc>
        <w:tc>
          <w:tcPr>
            <w:tcW w:w="1897" w:type="dxa"/>
            <w:shd w:val="clear" w:color="auto" w:fill="F6C3A7"/>
            <w:vAlign w:val="center"/>
          </w:tcPr>
          <w:p w14:paraId="6A66F527" w14:textId="77777777" w:rsidR="00F44217" w:rsidRDefault="00000000">
            <w:pPr>
              <w:jc w:val="center"/>
            </w:pPr>
            <w:r>
              <w:rPr>
                <w:b/>
                <w:color w:val="3C3C3C"/>
                <w:sz w:val="18"/>
              </w:rPr>
              <w:t>How you felt before using</w:t>
            </w:r>
          </w:p>
        </w:tc>
        <w:tc>
          <w:tcPr>
            <w:tcW w:w="1398" w:type="dxa"/>
            <w:shd w:val="clear" w:color="auto" w:fill="F6C3A7"/>
            <w:vAlign w:val="center"/>
          </w:tcPr>
          <w:p w14:paraId="0AD7B662" w14:textId="77777777" w:rsidR="00F44217" w:rsidRDefault="00000000">
            <w:pPr>
              <w:jc w:val="center"/>
            </w:pPr>
            <w:r>
              <w:rPr>
                <w:b/>
                <w:color w:val="3C3C3C"/>
                <w:sz w:val="18"/>
              </w:rPr>
              <w:t>How you felt after</w:t>
            </w:r>
          </w:p>
        </w:tc>
        <w:tc>
          <w:tcPr>
            <w:tcW w:w="1397" w:type="dxa"/>
            <w:shd w:val="clear" w:color="auto" w:fill="F6C3A7"/>
            <w:vAlign w:val="center"/>
          </w:tcPr>
          <w:p w14:paraId="107C7F95" w14:textId="77777777" w:rsidR="00F44217" w:rsidRDefault="00000000">
            <w:pPr>
              <w:jc w:val="center"/>
            </w:pPr>
            <w:r>
              <w:rPr>
                <w:b/>
                <w:color w:val="3C3C3C"/>
                <w:sz w:val="18"/>
              </w:rPr>
              <w:t>Triggers noticed</w:t>
            </w:r>
          </w:p>
        </w:tc>
        <w:tc>
          <w:tcPr>
            <w:tcW w:w="1398" w:type="dxa"/>
            <w:shd w:val="clear" w:color="auto" w:fill="F6C3A7"/>
            <w:vAlign w:val="center"/>
          </w:tcPr>
          <w:p w14:paraId="13373087" w14:textId="77777777" w:rsidR="00F44217" w:rsidRDefault="00000000">
            <w:pPr>
              <w:jc w:val="center"/>
            </w:pPr>
            <w:r>
              <w:rPr>
                <w:b/>
                <w:color w:val="3C3C3C"/>
                <w:sz w:val="18"/>
              </w:rPr>
              <w:t>Any problems</w:t>
            </w:r>
          </w:p>
        </w:tc>
        <w:tc>
          <w:tcPr>
            <w:tcW w:w="1398" w:type="dxa"/>
            <w:shd w:val="clear" w:color="auto" w:fill="F6C3A7"/>
            <w:vAlign w:val="center"/>
          </w:tcPr>
          <w:p w14:paraId="474D63C3" w14:textId="77777777" w:rsidR="00F44217" w:rsidRDefault="00000000">
            <w:pPr>
              <w:jc w:val="center"/>
            </w:pPr>
            <w:r>
              <w:rPr>
                <w:b/>
                <w:color w:val="3C3C3C"/>
                <w:sz w:val="18"/>
              </w:rPr>
              <w:t>Goals for today</w:t>
            </w:r>
          </w:p>
        </w:tc>
      </w:tr>
      <w:tr w:rsidR="00F44217" w14:paraId="20235C68" w14:textId="77777777" w:rsidTr="00E97975">
        <w:trPr>
          <w:jc w:val="center"/>
        </w:trPr>
        <w:tc>
          <w:tcPr>
            <w:tcW w:w="1174" w:type="dxa"/>
          </w:tcPr>
          <w:p w14:paraId="35D7E8A6" w14:textId="18C872BA" w:rsidR="00F44217" w:rsidRDefault="00F44217"/>
        </w:tc>
        <w:tc>
          <w:tcPr>
            <w:tcW w:w="2268" w:type="dxa"/>
          </w:tcPr>
          <w:p w14:paraId="5A73C67F" w14:textId="77777777" w:rsidR="00F44217" w:rsidRDefault="00F44217"/>
          <w:p w14:paraId="6924BCC9" w14:textId="77777777" w:rsidR="00E97975" w:rsidRDefault="00E97975"/>
          <w:p w14:paraId="4B997974" w14:textId="77777777" w:rsidR="00E97975" w:rsidRDefault="00E97975"/>
          <w:p w14:paraId="65EF7A62" w14:textId="77777777" w:rsidR="00E97975" w:rsidRDefault="00E97975"/>
          <w:p w14:paraId="6A8CA1AE" w14:textId="77777777" w:rsidR="00E97975" w:rsidRDefault="00E97975"/>
          <w:p w14:paraId="3704EA78" w14:textId="258C7746" w:rsidR="00E97975" w:rsidRDefault="00E97975"/>
        </w:tc>
        <w:tc>
          <w:tcPr>
            <w:tcW w:w="896" w:type="dxa"/>
          </w:tcPr>
          <w:p w14:paraId="52A3BFFB" w14:textId="377BDAFA" w:rsidR="00F44217" w:rsidRDefault="00F44217"/>
        </w:tc>
        <w:tc>
          <w:tcPr>
            <w:tcW w:w="1398" w:type="dxa"/>
          </w:tcPr>
          <w:p w14:paraId="6F08D779" w14:textId="7AEED55A" w:rsidR="00F44217" w:rsidRDefault="00F44217"/>
        </w:tc>
        <w:tc>
          <w:tcPr>
            <w:tcW w:w="898" w:type="dxa"/>
          </w:tcPr>
          <w:p w14:paraId="413F2E40" w14:textId="51E28AAC" w:rsidR="00F44217" w:rsidRDefault="00F44217"/>
        </w:tc>
        <w:tc>
          <w:tcPr>
            <w:tcW w:w="1897" w:type="dxa"/>
          </w:tcPr>
          <w:p w14:paraId="2FDE194E" w14:textId="7C61E030" w:rsidR="00F44217" w:rsidRDefault="00F44217"/>
        </w:tc>
        <w:tc>
          <w:tcPr>
            <w:tcW w:w="1398" w:type="dxa"/>
          </w:tcPr>
          <w:p w14:paraId="767D86D2" w14:textId="0293D513" w:rsidR="00F44217" w:rsidRDefault="00F44217"/>
        </w:tc>
        <w:tc>
          <w:tcPr>
            <w:tcW w:w="1397" w:type="dxa"/>
          </w:tcPr>
          <w:p w14:paraId="48AA1D0D" w14:textId="56F14FEB" w:rsidR="00F44217" w:rsidRDefault="00F44217"/>
        </w:tc>
        <w:tc>
          <w:tcPr>
            <w:tcW w:w="1398" w:type="dxa"/>
          </w:tcPr>
          <w:p w14:paraId="412951D1" w14:textId="2FE09CEF" w:rsidR="00F44217" w:rsidRDefault="00F44217"/>
        </w:tc>
        <w:tc>
          <w:tcPr>
            <w:tcW w:w="1398" w:type="dxa"/>
          </w:tcPr>
          <w:p w14:paraId="69348D73" w14:textId="1A4A4FB5" w:rsidR="00F44217" w:rsidRDefault="00F44217"/>
        </w:tc>
      </w:tr>
      <w:tr w:rsidR="00F44217" w14:paraId="59E3E674" w14:textId="77777777" w:rsidTr="00E97975">
        <w:trPr>
          <w:jc w:val="center"/>
        </w:trPr>
        <w:tc>
          <w:tcPr>
            <w:tcW w:w="1174" w:type="dxa"/>
          </w:tcPr>
          <w:p w14:paraId="079CBD47" w14:textId="1CA678E9" w:rsidR="00F44217" w:rsidRDefault="00F44217"/>
        </w:tc>
        <w:tc>
          <w:tcPr>
            <w:tcW w:w="2268" w:type="dxa"/>
          </w:tcPr>
          <w:p w14:paraId="5DF254FE" w14:textId="77777777" w:rsidR="00F44217" w:rsidRDefault="00F44217"/>
          <w:p w14:paraId="624F234F" w14:textId="77777777" w:rsidR="00E97975" w:rsidRDefault="00E97975"/>
          <w:p w14:paraId="5A74854D" w14:textId="77777777" w:rsidR="00E97975" w:rsidRDefault="00E97975"/>
          <w:p w14:paraId="5775EC19" w14:textId="77777777" w:rsidR="00E97975" w:rsidRDefault="00E97975"/>
          <w:p w14:paraId="35AAF2A2" w14:textId="77777777" w:rsidR="00E97975" w:rsidRDefault="00E97975"/>
          <w:p w14:paraId="231608D0" w14:textId="76D32103" w:rsidR="00E97975" w:rsidRDefault="00E97975"/>
        </w:tc>
        <w:tc>
          <w:tcPr>
            <w:tcW w:w="896" w:type="dxa"/>
          </w:tcPr>
          <w:p w14:paraId="1F5CD9FF" w14:textId="6A73C82C" w:rsidR="00F44217" w:rsidRDefault="00F44217"/>
        </w:tc>
        <w:tc>
          <w:tcPr>
            <w:tcW w:w="1398" w:type="dxa"/>
          </w:tcPr>
          <w:p w14:paraId="4823DB96" w14:textId="098C67B9" w:rsidR="00F44217" w:rsidRDefault="00F44217"/>
        </w:tc>
        <w:tc>
          <w:tcPr>
            <w:tcW w:w="898" w:type="dxa"/>
          </w:tcPr>
          <w:p w14:paraId="22ABDC11" w14:textId="0D40C9DA" w:rsidR="00F44217" w:rsidRDefault="00F44217"/>
        </w:tc>
        <w:tc>
          <w:tcPr>
            <w:tcW w:w="1897" w:type="dxa"/>
          </w:tcPr>
          <w:p w14:paraId="36263219" w14:textId="7A32E324" w:rsidR="00F44217" w:rsidRDefault="00F44217"/>
        </w:tc>
        <w:tc>
          <w:tcPr>
            <w:tcW w:w="1398" w:type="dxa"/>
          </w:tcPr>
          <w:p w14:paraId="725CAC37" w14:textId="0B8B4DC3" w:rsidR="00F44217" w:rsidRDefault="00F44217"/>
        </w:tc>
        <w:tc>
          <w:tcPr>
            <w:tcW w:w="1397" w:type="dxa"/>
          </w:tcPr>
          <w:p w14:paraId="6847B097" w14:textId="62BD1995" w:rsidR="00F44217" w:rsidRDefault="00F44217"/>
        </w:tc>
        <w:tc>
          <w:tcPr>
            <w:tcW w:w="1398" w:type="dxa"/>
          </w:tcPr>
          <w:p w14:paraId="214E7F60" w14:textId="7FFB3214" w:rsidR="00F44217" w:rsidRDefault="00F44217"/>
        </w:tc>
        <w:tc>
          <w:tcPr>
            <w:tcW w:w="1398" w:type="dxa"/>
          </w:tcPr>
          <w:p w14:paraId="5B795CA4" w14:textId="5CE6092F" w:rsidR="00F44217" w:rsidRDefault="00F44217"/>
        </w:tc>
      </w:tr>
      <w:tr w:rsidR="00F44217" w14:paraId="1C8CE681" w14:textId="77777777" w:rsidTr="00E97975">
        <w:trPr>
          <w:jc w:val="center"/>
        </w:trPr>
        <w:tc>
          <w:tcPr>
            <w:tcW w:w="1174" w:type="dxa"/>
          </w:tcPr>
          <w:p w14:paraId="170CD90B" w14:textId="41E3DF69" w:rsidR="00F44217" w:rsidRDefault="00F44217"/>
        </w:tc>
        <w:tc>
          <w:tcPr>
            <w:tcW w:w="2268" w:type="dxa"/>
          </w:tcPr>
          <w:p w14:paraId="5C80256D" w14:textId="77777777" w:rsidR="00F44217" w:rsidRDefault="00F44217"/>
          <w:p w14:paraId="211E34AC" w14:textId="77777777" w:rsidR="00E97975" w:rsidRDefault="00E97975"/>
          <w:p w14:paraId="48BDA6B6" w14:textId="77777777" w:rsidR="00E97975" w:rsidRDefault="00E97975"/>
          <w:p w14:paraId="657E3C93" w14:textId="77777777" w:rsidR="00E97975" w:rsidRDefault="00E97975"/>
          <w:p w14:paraId="4C799F36" w14:textId="77777777" w:rsidR="00E97975" w:rsidRDefault="00E97975"/>
          <w:p w14:paraId="62EF39DC" w14:textId="51659A78" w:rsidR="00E97975" w:rsidRDefault="00E97975"/>
        </w:tc>
        <w:tc>
          <w:tcPr>
            <w:tcW w:w="896" w:type="dxa"/>
          </w:tcPr>
          <w:p w14:paraId="0E8B95FA" w14:textId="0F051790" w:rsidR="00F44217" w:rsidRDefault="00F44217"/>
        </w:tc>
        <w:tc>
          <w:tcPr>
            <w:tcW w:w="1398" w:type="dxa"/>
          </w:tcPr>
          <w:p w14:paraId="1C053E43" w14:textId="6A3F0739" w:rsidR="00F44217" w:rsidRDefault="00F44217"/>
        </w:tc>
        <w:tc>
          <w:tcPr>
            <w:tcW w:w="898" w:type="dxa"/>
          </w:tcPr>
          <w:p w14:paraId="10324ACA" w14:textId="17AD310A" w:rsidR="00F44217" w:rsidRDefault="00F44217"/>
        </w:tc>
        <w:tc>
          <w:tcPr>
            <w:tcW w:w="1897" w:type="dxa"/>
          </w:tcPr>
          <w:p w14:paraId="746BCE91" w14:textId="0F179B4A" w:rsidR="00F44217" w:rsidRDefault="00F44217"/>
        </w:tc>
        <w:tc>
          <w:tcPr>
            <w:tcW w:w="1398" w:type="dxa"/>
          </w:tcPr>
          <w:p w14:paraId="66E090CD" w14:textId="331D88D8" w:rsidR="00F44217" w:rsidRDefault="00F44217"/>
        </w:tc>
        <w:tc>
          <w:tcPr>
            <w:tcW w:w="1397" w:type="dxa"/>
          </w:tcPr>
          <w:p w14:paraId="501FF9B0" w14:textId="56CDE02A" w:rsidR="00F44217" w:rsidRDefault="00F44217"/>
        </w:tc>
        <w:tc>
          <w:tcPr>
            <w:tcW w:w="1398" w:type="dxa"/>
          </w:tcPr>
          <w:p w14:paraId="75BAC062" w14:textId="7E0667ED" w:rsidR="00F44217" w:rsidRDefault="00F44217"/>
        </w:tc>
        <w:tc>
          <w:tcPr>
            <w:tcW w:w="1398" w:type="dxa"/>
          </w:tcPr>
          <w:p w14:paraId="18735B93" w14:textId="39795032" w:rsidR="00F44217" w:rsidRDefault="00F44217"/>
        </w:tc>
      </w:tr>
      <w:tr w:rsidR="00F44217" w14:paraId="5D427B11" w14:textId="77777777" w:rsidTr="00E97975">
        <w:trPr>
          <w:jc w:val="center"/>
        </w:trPr>
        <w:tc>
          <w:tcPr>
            <w:tcW w:w="1174" w:type="dxa"/>
          </w:tcPr>
          <w:p w14:paraId="64739D01" w14:textId="5C75B654" w:rsidR="00F44217" w:rsidRDefault="00F44217"/>
        </w:tc>
        <w:tc>
          <w:tcPr>
            <w:tcW w:w="2268" w:type="dxa"/>
          </w:tcPr>
          <w:p w14:paraId="02CE5049" w14:textId="77777777" w:rsidR="00F44217" w:rsidRDefault="00F44217"/>
          <w:p w14:paraId="2A360D3E" w14:textId="77777777" w:rsidR="00E97975" w:rsidRDefault="00E97975"/>
          <w:p w14:paraId="79C6731E" w14:textId="77777777" w:rsidR="00E97975" w:rsidRDefault="00E97975"/>
          <w:p w14:paraId="771118C6" w14:textId="77777777" w:rsidR="00E97975" w:rsidRDefault="00E97975"/>
          <w:p w14:paraId="516C679D" w14:textId="77777777" w:rsidR="00E97975" w:rsidRDefault="00E97975"/>
          <w:p w14:paraId="425B2DC4" w14:textId="47853602" w:rsidR="00E97975" w:rsidRDefault="00E97975"/>
        </w:tc>
        <w:tc>
          <w:tcPr>
            <w:tcW w:w="896" w:type="dxa"/>
          </w:tcPr>
          <w:p w14:paraId="3EF7A274" w14:textId="4947188A" w:rsidR="00F44217" w:rsidRDefault="00F44217"/>
        </w:tc>
        <w:tc>
          <w:tcPr>
            <w:tcW w:w="1398" w:type="dxa"/>
          </w:tcPr>
          <w:p w14:paraId="3D200559" w14:textId="5E42F1E7" w:rsidR="00F44217" w:rsidRDefault="00F44217"/>
        </w:tc>
        <w:tc>
          <w:tcPr>
            <w:tcW w:w="898" w:type="dxa"/>
          </w:tcPr>
          <w:p w14:paraId="1079EC92" w14:textId="17B6E384" w:rsidR="00F44217" w:rsidRDefault="00F44217"/>
        </w:tc>
        <w:tc>
          <w:tcPr>
            <w:tcW w:w="1897" w:type="dxa"/>
          </w:tcPr>
          <w:p w14:paraId="30754A39" w14:textId="5FF6BCD3" w:rsidR="00F44217" w:rsidRDefault="00F44217"/>
        </w:tc>
        <w:tc>
          <w:tcPr>
            <w:tcW w:w="1398" w:type="dxa"/>
          </w:tcPr>
          <w:p w14:paraId="1EAD347E" w14:textId="66F4FF65" w:rsidR="00F44217" w:rsidRDefault="00F44217"/>
        </w:tc>
        <w:tc>
          <w:tcPr>
            <w:tcW w:w="1397" w:type="dxa"/>
          </w:tcPr>
          <w:p w14:paraId="75C379B2" w14:textId="475019A7" w:rsidR="00F44217" w:rsidRDefault="00F44217"/>
        </w:tc>
        <w:tc>
          <w:tcPr>
            <w:tcW w:w="1398" w:type="dxa"/>
          </w:tcPr>
          <w:p w14:paraId="67209D25" w14:textId="0ABE730B" w:rsidR="00F44217" w:rsidRDefault="00F44217"/>
        </w:tc>
        <w:tc>
          <w:tcPr>
            <w:tcW w:w="1398" w:type="dxa"/>
          </w:tcPr>
          <w:p w14:paraId="69397B77" w14:textId="5DFE959C" w:rsidR="00F44217" w:rsidRDefault="00F44217"/>
        </w:tc>
      </w:tr>
      <w:tr w:rsidR="00F44217" w14:paraId="010992B8" w14:textId="77777777" w:rsidTr="00E97975">
        <w:trPr>
          <w:jc w:val="center"/>
        </w:trPr>
        <w:tc>
          <w:tcPr>
            <w:tcW w:w="1174" w:type="dxa"/>
          </w:tcPr>
          <w:p w14:paraId="5A781829" w14:textId="39FA3391" w:rsidR="00F44217" w:rsidRDefault="00F44217"/>
        </w:tc>
        <w:tc>
          <w:tcPr>
            <w:tcW w:w="2268" w:type="dxa"/>
          </w:tcPr>
          <w:p w14:paraId="2DE9B53F" w14:textId="77777777" w:rsidR="00F44217" w:rsidRDefault="00F44217"/>
          <w:p w14:paraId="5FA63B0C" w14:textId="77777777" w:rsidR="00E97975" w:rsidRDefault="00E97975"/>
          <w:p w14:paraId="7742F2FC" w14:textId="77777777" w:rsidR="00E97975" w:rsidRDefault="00E97975"/>
          <w:p w14:paraId="23423673" w14:textId="77777777" w:rsidR="00E97975" w:rsidRDefault="00E97975"/>
          <w:p w14:paraId="41EEA0EA" w14:textId="77777777" w:rsidR="00E97975" w:rsidRDefault="00E97975"/>
          <w:p w14:paraId="4C43C6B1" w14:textId="7D12169B" w:rsidR="00E97975" w:rsidRDefault="00E97975"/>
        </w:tc>
        <w:tc>
          <w:tcPr>
            <w:tcW w:w="896" w:type="dxa"/>
          </w:tcPr>
          <w:p w14:paraId="5F2A606C" w14:textId="7314B935" w:rsidR="00F44217" w:rsidRDefault="00F44217"/>
        </w:tc>
        <w:tc>
          <w:tcPr>
            <w:tcW w:w="1398" w:type="dxa"/>
          </w:tcPr>
          <w:p w14:paraId="77C1ED31" w14:textId="1691D13C" w:rsidR="00F44217" w:rsidRDefault="00F44217"/>
        </w:tc>
        <w:tc>
          <w:tcPr>
            <w:tcW w:w="898" w:type="dxa"/>
          </w:tcPr>
          <w:p w14:paraId="65B56876" w14:textId="34F7840E" w:rsidR="00F44217" w:rsidRDefault="00F44217"/>
        </w:tc>
        <w:tc>
          <w:tcPr>
            <w:tcW w:w="1897" w:type="dxa"/>
          </w:tcPr>
          <w:p w14:paraId="7B7553DA" w14:textId="2265C306" w:rsidR="00F44217" w:rsidRDefault="00F44217"/>
        </w:tc>
        <w:tc>
          <w:tcPr>
            <w:tcW w:w="1398" w:type="dxa"/>
          </w:tcPr>
          <w:p w14:paraId="5F1EBBFE" w14:textId="05D047F9" w:rsidR="00F44217" w:rsidRDefault="00F44217"/>
        </w:tc>
        <w:tc>
          <w:tcPr>
            <w:tcW w:w="1397" w:type="dxa"/>
          </w:tcPr>
          <w:p w14:paraId="391EEB65" w14:textId="02EAD3E9" w:rsidR="00F44217" w:rsidRDefault="00F44217"/>
        </w:tc>
        <w:tc>
          <w:tcPr>
            <w:tcW w:w="1398" w:type="dxa"/>
          </w:tcPr>
          <w:p w14:paraId="72395FA6" w14:textId="05575880" w:rsidR="00F44217" w:rsidRDefault="00F44217"/>
        </w:tc>
        <w:tc>
          <w:tcPr>
            <w:tcW w:w="1398" w:type="dxa"/>
          </w:tcPr>
          <w:p w14:paraId="1E175AF8" w14:textId="2AE098EC" w:rsidR="00F44217" w:rsidRDefault="00F44217"/>
        </w:tc>
      </w:tr>
    </w:tbl>
    <w:p w14:paraId="13EAFAD1" w14:textId="77777777" w:rsidR="00F44217" w:rsidRDefault="00000000">
      <w:r>
        <w:rPr>
          <w:i/>
          <w:color w:val="5A5A5A"/>
          <w:sz w:val="20"/>
        </w:rPr>
        <w:t>Tip: if you do not know the exact amount or cost, write your best guess.</w:t>
      </w:r>
    </w:p>
    <w:p w14:paraId="38A4F18D" w14:textId="77777777" w:rsidR="00F44217" w:rsidRDefault="00000000">
      <w:r>
        <w:br w:type="page"/>
      </w:r>
    </w:p>
    <w:p w14:paraId="2AD38EF5" w14:textId="77777777" w:rsidR="00F44217" w:rsidRDefault="00000000">
      <w:pPr>
        <w:pStyle w:val="Heading1"/>
      </w:pPr>
      <w:r>
        <w:rPr>
          <w:rFonts w:ascii="Arial" w:eastAsia="Arial" w:hAnsi="Arial" w:cs="Arial"/>
          <w:color w:val="E0651F"/>
          <w:sz w:val="32"/>
        </w:rPr>
        <w:lastRenderedPageBreak/>
        <w:t>Daily diary page 2</w:t>
      </w:r>
    </w:p>
    <w:p w14:paraId="11201397" w14:textId="77777777" w:rsidR="00F44217" w:rsidRDefault="00000000">
      <w:r>
        <w:rPr>
          <w:i/>
          <w:color w:val="5A5A5A"/>
          <w:sz w:val="20"/>
        </w:rPr>
        <w:t>Use one page for one day, or one page for one period of time if that feels easier.</w:t>
      </w:r>
    </w:p>
    <w:tbl>
      <w:tblPr>
        <w:tblStyle w:val="TableGrid"/>
        <w:tblW w:w="0" w:type="auto"/>
        <w:jc w:val="center"/>
        <w:tblLook w:val="04A0" w:firstRow="1" w:lastRow="0" w:firstColumn="1" w:lastColumn="0" w:noHBand="0" w:noVBand="1"/>
      </w:tblPr>
      <w:tblGrid>
        <w:gridCol w:w="1174"/>
        <w:gridCol w:w="2268"/>
        <w:gridCol w:w="896"/>
        <w:gridCol w:w="1398"/>
        <w:gridCol w:w="898"/>
        <w:gridCol w:w="1897"/>
        <w:gridCol w:w="1398"/>
        <w:gridCol w:w="1397"/>
        <w:gridCol w:w="1398"/>
        <w:gridCol w:w="1398"/>
      </w:tblGrid>
      <w:tr w:rsidR="00E97975" w14:paraId="628821B6" w14:textId="77777777" w:rsidTr="009F6805">
        <w:trPr>
          <w:tblHeader/>
          <w:jc w:val="center"/>
        </w:trPr>
        <w:tc>
          <w:tcPr>
            <w:tcW w:w="1174" w:type="dxa"/>
            <w:shd w:val="clear" w:color="auto" w:fill="F6C3A7"/>
            <w:vAlign w:val="center"/>
          </w:tcPr>
          <w:p w14:paraId="60C5CDDE" w14:textId="77777777" w:rsidR="00E97975" w:rsidRDefault="00E97975" w:rsidP="009F6805">
            <w:pPr>
              <w:jc w:val="center"/>
            </w:pPr>
            <w:r>
              <w:rPr>
                <w:b/>
                <w:color w:val="3C3C3C"/>
                <w:sz w:val="18"/>
              </w:rPr>
              <w:t>Date</w:t>
            </w:r>
          </w:p>
        </w:tc>
        <w:tc>
          <w:tcPr>
            <w:tcW w:w="2268" w:type="dxa"/>
            <w:shd w:val="clear" w:color="auto" w:fill="F6C3A7"/>
            <w:vAlign w:val="center"/>
          </w:tcPr>
          <w:p w14:paraId="1F77B59C" w14:textId="77777777" w:rsidR="00E97975" w:rsidRDefault="00E97975" w:rsidP="009F6805">
            <w:pPr>
              <w:jc w:val="center"/>
            </w:pPr>
            <w:r>
              <w:rPr>
                <w:b/>
                <w:color w:val="3C3C3C"/>
                <w:sz w:val="18"/>
              </w:rPr>
              <w:t>Drug used</w:t>
            </w:r>
          </w:p>
        </w:tc>
        <w:tc>
          <w:tcPr>
            <w:tcW w:w="896" w:type="dxa"/>
            <w:shd w:val="clear" w:color="auto" w:fill="F6C3A7"/>
            <w:vAlign w:val="center"/>
          </w:tcPr>
          <w:p w14:paraId="4E7EF418" w14:textId="77777777" w:rsidR="00E97975" w:rsidRDefault="00E97975" w:rsidP="009F6805">
            <w:pPr>
              <w:jc w:val="center"/>
            </w:pPr>
            <w:r>
              <w:rPr>
                <w:b/>
                <w:color w:val="3C3C3C"/>
                <w:sz w:val="18"/>
              </w:rPr>
              <w:t>Amount</w:t>
            </w:r>
          </w:p>
        </w:tc>
        <w:tc>
          <w:tcPr>
            <w:tcW w:w="1398" w:type="dxa"/>
            <w:shd w:val="clear" w:color="auto" w:fill="F6C3A7"/>
            <w:vAlign w:val="center"/>
          </w:tcPr>
          <w:p w14:paraId="77670F10" w14:textId="77777777" w:rsidR="00E97975" w:rsidRDefault="00E97975" w:rsidP="009F6805">
            <w:pPr>
              <w:jc w:val="center"/>
            </w:pPr>
            <w:r>
              <w:rPr>
                <w:b/>
                <w:color w:val="3C3C3C"/>
                <w:sz w:val="18"/>
              </w:rPr>
              <w:t>Method</w:t>
            </w:r>
          </w:p>
        </w:tc>
        <w:tc>
          <w:tcPr>
            <w:tcW w:w="898" w:type="dxa"/>
            <w:shd w:val="clear" w:color="auto" w:fill="F6C3A7"/>
            <w:vAlign w:val="center"/>
          </w:tcPr>
          <w:p w14:paraId="47B9CA8E" w14:textId="77777777" w:rsidR="00E97975" w:rsidRDefault="00E97975" w:rsidP="009F6805">
            <w:pPr>
              <w:jc w:val="center"/>
            </w:pPr>
            <w:r>
              <w:rPr>
                <w:b/>
                <w:color w:val="3C3C3C"/>
                <w:sz w:val="18"/>
              </w:rPr>
              <w:t>Cost</w:t>
            </w:r>
          </w:p>
        </w:tc>
        <w:tc>
          <w:tcPr>
            <w:tcW w:w="1897" w:type="dxa"/>
            <w:shd w:val="clear" w:color="auto" w:fill="F6C3A7"/>
            <w:vAlign w:val="center"/>
          </w:tcPr>
          <w:p w14:paraId="3D9C793C" w14:textId="77777777" w:rsidR="00E97975" w:rsidRDefault="00E97975" w:rsidP="009F6805">
            <w:pPr>
              <w:jc w:val="center"/>
            </w:pPr>
            <w:r>
              <w:rPr>
                <w:b/>
                <w:color w:val="3C3C3C"/>
                <w:sz w:val="18"/>
              </w:rPr>
              <w:t>How you felt before using</w:t>
            </w:r>
          </w:p>
        </w:tc>
        <w:tc>
          <w:tcPr>
            <w:tcW w:w="1398" w:type="dxa"/>
            <w:shd w:val="clear" w:color="auto" w:fill="F6C3A7"/>
            <w:vAlign w:val="center"/>
          </w:tcPr>
          <w:p w14:paraId="36E3CFDC" w14:textId="77777777" w:rsidR="00E97975" w:rsidRDefault="00E97975" w:rsidP="009F6805">
            <w:pPr>
              <w:jc w:val="center"/>
            </w:pPr>
            <w:r>
              <w:rPr>
                <w:b/>
                <w:color w:val="3C3C3C"/>
                <w:sz w:val="18"/>
              </w:rPr>
              <w:t>How you felt after</w:t>
            </w:r>
          </w:p>
        </w:tc>
        <w:tc>
          <w:tcPr>
            <w:tcW w:w="1397" w:type="dxa"/>
            <w:shd w:val="clear" w:color="auto" w:fill="F6C3A7"/>
            <w:vAlign w:val="center"/>
          </w:tcPr>
          <w:p w14:paraId="5CA9F553" w14:textId="77777777" w:rsidR="00E97975" w:rsidRDefault="00E97975" w:rsidP="009F6805">
            <w:pPr>
              <w:jc w:val="center"/>
            </w:pPr>
            <w:r>
              <w:rPr>
                <w:b/>
                <w:color w:val="3C3C3C"/>
                <w:sz w:val="18"/>
              </w:rPr>
              <w:t>Triggers noticed</w:t>
            </w:r>
          </w:p>
        </w:tc>
        <w:tc>
          <w:tcPr>
            <w:tcW w:w="1398" w:type="dxa"/>
            <w:shd w:val="clear" w:color="auto" w:fill="F6C3A7"/>
            <w:vAlign w:val="center"/>
          </w:tcPr>
          <w:p w14:paraId="7F355926" w14:textId="77777777" w:rsidR="00E97975" w:rsidRDefault="00E97975" w:rsidP="009F6805">
            <w:pPr>
              <w:jc w:val="center"/>
            </w:pPr>
            <w:r>
              <w:rPr>
                <w:b/>
                <w:color w:val="3C3C3C"/>
                <w:sz w:val="18"/>
              </w:rPr>
              <w:t>Any problems</w:t>
            </w:r>
          </w:p>
        </w:tc>
        <w:tc>
          <w:tcPr>
            <w:tcW w:w="1398" w:type="dxa"/>
            <w:shd w:val="clear" w:color="auto" w:fill="F6C3A7"/>
            <w:vAlign w:val="center"/>
          </w:tcPr>
          <w:p w14:paraId="3CAA0B81" w14:textId="77777777" w:rsidR="00E97975" w:rsidRDefault="00E97975" w:rsidP="009F6805">
            <w:pPr>
              <w:jc w:val="center"/>
            </w:pPr>
            <w:r>
              <w:rPr>
                <w:b/>
                <w:color w:val="3C3C3C"/>
                <w:sz w:val="18"/>
              </w:rPr>
              <w:t>Goals for today</w:t>
            </w:r>
          </w:p>
        </w:tc>
      </w:tr>
      <w:tr w:rsidR="00E97975" w14:paraId="563C44E1" w14:textId="77777777" w:rsidTr="009F6805">
        <w:trPr>
          <w:jc w:val="center"/>
        </w:trPr>
        <w:tc>
          <w:tcPr>
            <w:tcW w:w="1174" w:type="dxa"/>
          </w:tcPr>
          <w:p w14:paraId="1B8238C2" w14:textId="77777777" w:rsidR="00E97975" w:rsidRDefault="00E97975" w:rsidP="009F6805"/>
        </w:tc>
        <w:tc>
          <w:tcPr>
            <w:tcW w:w="2268" w:type="dxa"/>
          </w:tcPr>
          <w:p w14:paraId="6DC824B2" w14:textId="77777777" w:rsidR="00E97975" w:rsidRDefault="00E97975" w:rsidP="009F6805"/>
          <w:p w14:paraId="32349FAD" w14:textId="77777777" w:rsidR="00E97975" w:rsidRDefault="00E97975" w:rsidP="009F6805"/>
          <w:p w14:paraId="27DE6F9D" w14:textId="77777777" w:rsidR="00E97975" w:rsidRDefault="00E97975" w:rsidP="009F6805"/>
          <w:p w14:paraId="1B6CA39E" w14:textId="77777777" w:rsidR="00E97975" w:rsidRDefault="00E97975" w:rsidP="009F6805"/>
          <w:p w14:paraId="31CDA61D" w14:textId="77777777" w:rsidR="00E97975" w:rsidRDefault="00E97975" w:rsidP="009F6805"/>
          <w:p w14:paraId="396A657A" w14:textId="77777777" w:rsidR="00E97975" w:rsidRDefault="00E97975" w:rsidP="009F6805"/>
        </w:tc>
        <w:tc>
          <w:tcPr>
            <w:tcW w:w="896" w:type="dxa"/>
          </w:tcPr>
          <w:p w14:paraId="41C3C2FA" w14:textId="77777777" w:rsidR="00E97975" w:rsidRDefault="00E97975" w:rsidP="009F6805"/>
        </w:tc>
        <w:tc>
          <w:tcPr>
            <w:tcW w:w="1398" w:type="dxa"/>
          </w:tcPr>
          <w:p w14:paraId="0E1BB981" w14:textId="77777777" w:rsidR="00E97975" w:rsidRDefault="00E97975" w:rsidP="009F6805"/>
        </w:tc>
        <w:tc>
          <w:tcPr>
            <w:tcW w:w="898" w:type="dxa"/>
          </w:tcPr>
          <w:p w14:paraId="58A844AE" w14:textId="77777777" w:rsidR="00E97975" w:rsidRDefault="00E97975" w:rsidP="009F6805"/>
        </w:tc>
        <w:tc>
          <w:tcPr>
            <w:tcW w:w="1897" w:type="dxa"/>
          </w:tcPr>
          <w:p w14:paraId="4A5FB79A" w14:textId="77777777" w:rsidR="00E97975" w:rsidRDefault="00E97975" w:rsidP="009F6805"/>
        </w:tc>
        <w:tc>
          <w:tcPr>
            <w:tcW w:w="1398" w:type="dxa"/>
          </w:tcPr>
          <w:p w14:paraId="55137A77" w14:textId="77777777" w:rsidR="00E97975" w:rsidRDefault="00E97975" w:rsidP="009F6805"/>
        </w:tc>
        <w:tc>
          <w:tcPr>
            <w:tcW w:w="1397" w:type="dxa"/>
          </w:tcPr>
          <w:p w14:paraId="674E1A2B" w14:textId="77777777" w:rsidR="00E97975" w:rsidRDefault="00E97975" w:rsidP="009F6805"/>
        </w:tc>
        <w:tc>
          <w:tcPr>
            <w:tcW w:w="1398" w:type="dxa"/>
          </w:tcPr>
          <w:p w14:paraId="3A4ED5E3" w14:textId="77777777" w:rsidR="00E97975" w:rsidRDefault="00E97975" w:rsidP="009F6805"/>
        </w:tc>
        <w:tc>
          <w:tcPr>
            <w:tcW w:w="1398" w:type="dxa"/>
          </w:tcPr>
          <w:p w14:paraId="7D703F60" w14:textId="77777777" w:rsidR="00E97975" w:rsidRDefault="00E97975" w:rsidP="009F6805"/>
        </w:tc>
      </w:tr>
      <w:tr w:rsidR="00E97975" w14:paraId="350A5987" w14:textId="77777777" w:rsidTr="009F6805">
        <w:trPr>
          <w:jc w:val="center"/>
        </w:trPr>
        <w:tc>
          <w:tcPr>
            <w:tcW w:w="1174" w:type="dxa"/>
          </w:tcPr>
          <w:p w14:paraId="612B4114" w14:textId="77777777" w:rsidR="00E97975" w:rsidRDefault="00E97975" w:rsidP="009F6805"/>
        </w:tc>
        <w:tc>
          <w:tcPr>
            <w:tcW w:w="2268" w:type="dxa"/>
          </w:tcPr>
          <w:p w14:paraId="536C9832" w14:textId="77777777" w:rsidR="00E97975" w:rsidRDefault="00E97975" w:rsidP="009F6805"/>
          <w:p w14:paraId="0817A0A4" w14:textId="77777777" w:rsidR="00E97975" w:rsidRDefault="00E97975" w:rsidP="009F6805"/>
          <w:p w14:paraId="0D7A6B54" w14:textId="77777777" w:rsidR="00E97975" w:rsidRDefault="00E97975" w:rsidP="009F6805"/>
          <w:p w14:paraId="2C742E63" w14:textId="77777777" w:rsidR="00E97975" w:rsidRDefault="00E97975" w:rsidP="009F6805"/>
          <w:p w14:paraId="002460A3" w14:textId="77777777" w:rsidR="00E97975" w:rsidRDefault="00E97975" w:rsidP="009F6805"/>
          <w:p w14:paraId="0E9C0A6F" w14:textId="77777777" w:rsidR="00E97975" w:rsidRDefault="00E97975" w:rsidP="009F6805"/>
        </w:tc>
        <w:tc>
          <w:tcPr>
            <w:tcW w:w="896" w:type="dxa"/>
          </w:tcPr>
          <w:p w14:paraId="1349072A" w14:textId="77777777" w:rsidR="00E97975" w:rsidRDefault="00E97975" w:rsidP="009F6805"/>
        </w:tc>
        <w:tc>
          <w:tcPr>
            <w:tcW w:w="1398" w:type="dxa"/>
          </w:tcPr>
          <w:p w14:paraId="73A498FF" w14:textId="77777777" w:rsidR="00E97975" w:rsidRDefault="00E97975" w:rsidP="009F6805"/>
        </w:tc>
        <w:tc>
          <w:tcPr>
            <w:tcW w:w="898" w:type="dxa"/>
          </w:tcPr>
          <w:p w14:paraId="0C8E709F" w14:textId="77777777" w:rsidR="00E97975" w:rsidRDefault="00E97975" w:rsidP="009F6805"/>
        </w:tc>
        <w:tc>
          <w:tcPr>
            <w:tcW w:w="1897" w:type="dxa"/>
          </w:tcPr>
          <w:p w14:paraId="4F8344B9" w14:textId="77777777" w:rsidR="00E97975" w:rsidRDefault="00E97975" w:rsidP="009F6805"/>
        </w:tc>
        <w:tc>
          <w:tcPr>
            <w:tcW w:w="1398" w:type="dxa"/>
          </w:tcPr>
          <w:p w14:paraId="79F0598D" w14:textId="77777777" w:rsidR="00E97975" w:rsidRDefault="00E97975" w:rsidP="009F6805"/>
        </w:tc>
        <w:tc>
          <w:tcPr>
            <w:tcW w:w="1397" w:type="dxa"/>
          </w:tcPr>
          <w:p w14:paraId="14A86917" w14:textId="77777777" w:rsidR="00E97975" w:rsidRDefault="00E97975" w:rsidP="009F6805"/>
        </w:tc>
        <w:tc>
          <w:tcPr>
            <w:tcW w:w="1398" w:type="dxa"/>
          </w:tcPr>
          <w:p w14:paraId="1BD45C5E" w14:textId="77777777" w:rsidR="00E97975" w:rsidRDefault="00E97975" w:rsidP="009F6805"/>
        </w:tc>
        <w:tc>
          <w:tcPr>
            <w:tcW w:w="1398" w:type="dxa"/>
          </w:tcPr>
          <w:p w14:paraId="3CE840CA" w14:textId="77777777" w:rsidR="00E97975" w:rsidRDefault="00E97975" w:rsidP="009F6805"/>
        </w:tc>
      </w:tr>
      <w:tr w:rsidR="00E97975" w14:paraId="65E23C2E" w14:textId="77777777" w:rsidTr="009F6805">
        <w:trPr>
          <w:jc w:val="center"/>
        </w:trPr>
        <w:tc>
          <w:tcPr>
            <w:tcW w:w="1174" w:type="dxa"/>
          </w:tcPr>
          <w:p w14:paraId="69196935" w14:textId="77777777" w:rsidR="00E97975" w:rsidRDefault="00E97975" w:rsidP="009F6805"/>
        </w:tc>
        <w:tc>
          <w:tcPr>
            <w:tcW w:w="2268" w:type="dxa"/>
          </w:tcPr>
          <w:p w14:paraId="0EE5F5F1" w14:textId="77777777" w:rsidR="00E97975" w:rsidRDefault="00E97975" w:rsidP="009F6805"/>
          <w:p w14:paraId="2718D04E" w14:textId="77777777" w:rsidR="00E97975" w:rsidRDefault="00E97975" w:rsidP="009F6805"/>
          <w:p w14:paraId="7DFC0B30" w14:textId="77777777" w:rsidR="00E97975" w:rsidRDefault="00E97975" w:rsidP="009F6805"/>
          <w:p w14:paraId="49461BE2" w14:textId="77777777" w:rsidR="00E97975" w:rsidRDefault="00E97975" w:rsidP="009F6805"/>
          <w:p w14:paraId="21A8993A" w14:textId="77777777" w:rsidR="00E97975" w:rsidRDefault="00E97975" w:rsidP="009F6805"/>
          <w:p w14:paraId="5C0AFDAA" w14:textId="77777777" w:rsidR="00E97975" w:rsidRDefault="00E97975" w:rsidP="009F6805"/>
        </w:tc>
        <w:tc>
          <w:tcPr>
            <w:tcW w:w="896" w:type="dxa"/>
          </w:tcPr>
          <w:p w14:paraId="2CB25A6B" w14:textId="77777777" w:rsidR="00E97975" w:rsidRDefault="00E97975" w:rsidP="009F6805"/>
        </w:tc>
        <w:tc>
          <w:tcPr>
            <w:tcW w:w="1398" w:type="dxa"/>
          </w:tcPr>
          <w:p w14:paraId="514397C8" w14:textId="77777777" w:rsidR="00E97975" w:rsidRDefault="00E97975" w:rsidP="009F6805"/>
        </w:tc>
        <w:tc>
          <w:tcPr>
            <w:tcW w:w="898" w:type="dxa"/>
          </w:tcPr>
          <w:p w14:paraId="2922B67D" w14:textId="77777777" w:rsidR="00E97975" w:rsidRDefault="00E97975" w:rsidP="009F6805"/>
        </w:tc>
        <w:tc>
          <w:tcPr>
            <w:tcW w:w="1897" w:type="dxa"/>
          </w:tcPr>
          <w:p w14:paraId="33BFA34A" w14:textId="77777777" w:rsidR="00E97975" w:rsidRDefault="00E97975" w:rsidP="009F6805"/>
        </w:tc>
        <w:tc>
          <w:tcPr>
            <w:tcW w:w="1398" w:type="dxa"/>
          </w:tcPr>
          <w:p w14:paraId="59E82B78" w14:textId="77777777" w:rsidR="00E97975" w:rsidRDefault="00E97975" w:rsidP="009F6805"/>
        </w:tc>
        <w:tc>
          <w:tcPr>
            <w:tcW w:w="1397" w:type="dxa"/>
          </w:tcPr>
          <w:p w14:paraId="3AD86F6A" w14:textId="77777777" w:rsidR="00E97975" w:rsidRDefault="00E97975" w:rsidP="009F6805"/>
        </w:tc>
        <w:tc>
          <w:tcPr>
            <w:tcW w:w="1398" w:type="dxa"/>
          </w:tcPr>
          <w:p w14:paraId="1C3700AA" w14:textId="77777777" w:rsidR="00E97975" w:rsidRDefault="00E97975" w:rsidP="009F6805"/>
        </w:tc>
        <w:tc>
          <w:tcPr>
            <w:tcW w:w="1398" w:type="dxa"/>
          </w:tcPr>
          <w:p w14:paraId="0521345B" w14:textId="77777777" w:rsidR="00E97975" w:rsidRDefault="00E97975" w:rsidP="009F6805"/>
        </w:tc>
      </w:tr>
      <w:tr w:rsidR="00E97975" w14:paraId="56796354" w14:textId="77777777" w:rsidTr="009F6805">
        <w:trPr>
          <w:jc w:val="center"/>
        </w:trPr>
        <w:tc>
          <w:tcPr>
            <w:tcW w:w="1174" w:type="dxa"/>
          </w:tcPr>
          <w:p w14:paraId="332BA899" w14:textId="77777777" w:rsidR="00E97975" w:rsidRDefault="00E97975" w:rsidP="009F6805"/>
        </w:tc>
        <w:tc>
          <w:tcPr>
            <w:tcW w:w="2268" w:type="dxa"/>
          </w:tcPr>
          <w:p w14:paraId="2CEFC109" w14:textId="77777777" w:rsidR="00E97975" w:rsidRDefault="00E97975" w:rsidP="009F6805"/>
          <w:p w14:paraId="04CD4CBE" w14:textId="77777777" w:rsidR="00E97975" w:rsidRDefault="00E97975" w:rsidP="009F6805"/>
          <w:p w14:paraId="5305B9AA" w14:textId="77777777" w:rsidR="00E97975" w:rsidRDefault="00E97975" w:rsidP="009F6805"/>
          <w:p w14:paraId="1DB081C8" w14:textId="77777777" w:rsidR="00E97975" w:rsidRDefault="00E97975" w:rsidP="009F6805"/>
          <w:p w14:paraId="176F9306" w14:textId="77777777" w:rsidR="00E97975" w:rsidRDefault="00E97975" w:rsidP="009F6805"/>
          <w:p w14:paraId="2E681DF4" w14:textId="77777777" w:rsidR="00E97975" w:rsidRDefault="00E97975" w:rsidP="009F6805"/>
        </w:tc>
        <w:tc>
          <w:tcPr>
            <w:tcW w:w="896" w:type="dxa"/>
          </w:tcPr>
          <w:p w14:paraId="6B51EC22" w14:textId="77777777" w:rsidR="00E97975" w:rsidRDefault="00E97975" w:rsidP="009F6805"/>
        </w:tc>
        <w:tc>
          <w:tcPr>
            <w:tcW w:w="1398" w:type="dxa"/>
          </w:tcPr>
          <w:p w14:paraId="40DCD408" w14:textId="77777777" w:rsidR="00E97975" w:rsidRDefault="00E97975" w:rsidP="009F6805"/>
        </w:tc>
        <w:tc>
          <w:tcPr>
            <w:tcW w:w="898" w:type="dxa"/>
          </w:tcPr>
          <w:p w14:paraId="72BEFE29" w14:textId="77777777" w:rsidR="00E97975" w:rsidRDefault="00E97975" w:rsidP="009F6805"/>
        </w:tc>
        <w:tc>
          <w:tcPr>
            <w:tcW w:w="1897" w:type="dxa"/>
          </w:tcPr>
          <w:p w14:paraId="24296122" w14:textId="77777777" w:rsidR="00E97975" w:rsidRDefault="00E97975" w:rsidP="009F6805"/>
        </w:tc>
        <w:tc>
          <w:tcPr>
            <w:tcW w:w="1398" w:type="dxa"/>
          </w:tcPr>
          <w:p w14:paraId="6280211A" w14:textId="77777777" w:rsidR="00E97975" w:rsidRDefault="00E97975" w:rsidP="009F6805"/>
        </w:tc>
        <w:tc>
          <w:tcPr>
            <w:tcW w:w="1397" w:type="dxa"/>
          </w:tcPr>
          <w:p w14:paraId="6882D4C9" w14:textId="77777777" w:rsidR="00E97975" w:rsidRDefault="00E97975" w:rsidP="009F6805"/>
        </w:tc>
        <w:tc>
          <w:tcPr>
            <w:tcW w:w="1398" w:type="dxa"/>
          </w:tcPr>
          <w:p w14:paraId="7E2A03E6" w14:textId="77777777" w:rsidR="00E97975" w:rsidRDefault="00E97975" w:rsidP="009F6805"/>
        </w:tc>
        <w:tc>
          <w:tcPr>
            <w:tcW w:w="1398" w:type="dxa"/>
          </w:tcPr>
          <w:p w14:paraId="2CE48970" w14:textId="77777777" w:rsidR="00E97975" w:rsidRDefault="00E97975" w:rsidP="009F6805"/>
        </w:tc>
      </w:tr>
      <w:tr w:rsidR="00E97975" w14:paraId="744215C6" w14:textId="77777777" w:rsidTr="009F6805">
        <w:trPr>
          <w:jc w:val="center"/>
        </w:trPr>
        <w:tc>
          <w:tcPr>
            <w:tcW w:w="1174" w:type="dxa"/>
          </w:tcPr>
          <w:p w14:paraId="09E47EF6" w14:textId="77777777" w:rsidR="00E97975" w:rsidRDefault="00E97975" w:rsidP="009F6805"/>
        </w:tc>
        <w:tc>
          <w:tcPr>
            <w:tcW w:w="2268" w:type="dxa"/>
          </w:tcPr>
          <w:p w14:paraId="1DE756FF" w14:textId="77777777" w:rsidR="00E97975" w:rsidRDefault="00E97975" w:rsidP="009F6805"/>
          <w:p w14:paraId="4F012DE2" w14:textId="77777777" w:rsidR="00E97975" w:rsidRDefault="00E97975" w:rsidP="009F6805"/>
          <w:p w14:paraId="7B4A083F" w14:textId="77777777" w:rsidR="00E97975" w:rsidRDefault="00E97975" w:rsidP="009F6805"/>
          <w:p w14:paraId="622B4E39" w14:textId="77777777" w:rsidR="00E97975" w:rsidRDefault="00E97975" w:rsidP="009F6805"/>
          <w:p w14:paraId="3264CBEE" w14:textId="77777777" w:rsidR="00E97975" w:rsidRDefault="00E97975" w:rsidP="009F6805"/>
          <w:p w14:paraId="5FF04087" w14:textId="77777777" w:rsidR="00E97975" w:rsidRDefault="00E97975" w:rsidP="009F6805"/>
        </w:tc>
        <w:tc>
          <w:tcPr>
            <w:tcW w:w="896" w:type="dxa"/>
          </w:tcPr>
          <w:p w14:paraId="1EE8576F" w14:textId="77777777" w:rsidR="00E97975" w:rsidRDefault="00E97975" w:rsidP="009F6805"/>
        </w:tc>
        <w:tc>
          <w:tcPr>
            <w:tcW w:w="1398" w:type="dxa"/>
          </w:tcPr>
          <w:p w14:paraId="526EEF60" w14:textId="77777777" w:rsidR="00E97975" w:rsidRDefault="00E97975" w:rsidP="009F6805"/>
        </w:tc>
        <w:tc>
          <w:tcPr>
            <w:tcW w:w="898" w:type="dxa"/>
          </w:tcPr>
          <w:p w14:paraId="04E21C9B" w14:textId="77777777" w:rsidR="00E97975" w:rsidRDefault="00E97975" w:rsidP="009F6805"/>
        </w:tc>
        <w:tc>
          <w:tcPr>
            <w:tcW w:w="1897" w:type="dxa"/>
          </w:tcPr>
          <w:p w14:paraId="71701AE8" w14:textId="77777777" w:rsidR="00E97975" w:rsidRDefault="00E97975" w:rsidP="009F6805"/>
        </w:tc>
        <w:tc>
          <w:tcPr>
            <w:tcW w:w="1398" w:type="dxa"/>
          </w:tcPr>
          <w:p w14:paraId="74C523C0" w14:textId="77777777" w:rsidR="00E97975" w:rsidRDefault="00E97975" w:rsidP="009F6805"/>
        </w:tc>
        <w:tc>
          <w:tcPr>
            <w:tcW w:w="1397" w:type="dxa"/>
          </w:tcPr>
          <w:p w14:paraId="49F96520" w14:textId="77777777" w:rsidR="00E97975" w:rsidRDefault="00E97975" w:rsidP="009F6805"/>
        </w:tc>
        <w:tc>
          <w:tcPr>
            <w:tcW w:w="1398" w:type="dxa"/>
          </w:tcPr>
          <w:p w14:paraId="7FA95782" w14:textId="77777777" w:rsidR="00E97975" w:rsidRDefault="00E97975" w:rsidP="009F6805"/>
        </w:tc>
        <w:tc>
          <w:tcPr>
            <w:tcW w:w="1398" w:type="dxa"/>
          </w:tcPr>
          <w:p w14:paraId="1E8F2318" w14:textId="77777777" w:rsidR="00E97975" w:rsidRDefault="00E97975" w:rsidP="009F6805"/>
        </w:tc>
      </w:tr>
    </w:tbl>
    <w:p w14:paraId="123C38EA" w14:textId="77777777" w:rsidR="00F44217" w:rsidRDefault="00000000">
      <w:r>
        <w:br w:type="page"/>
      </w:r>
    </w:p>
    <w:p w14:paraId="2B602268" w14:textId="77777777" w:rsidR="00F44217" w:rsidRDefault="00000000">
      <w:pPr>
        <w:pStyle w:val="Heading1"/>
      </w:pPr>
      <w:r>
        <w:rPr>
          <w:rFonts w:ascii="Arial" w:eastAsia="Arial" w:hAnsi="Arial" w:cs="Arial"/>
          <w:color w:val="E0651F"/>
          <w:sz w:val="32"/>
        </w:rPr>
        <w:lastRenderedPageBreak/>
        <w:t>Weekly reflection</w:t>
      </w:r>
    </w:p>
    <w:tbl>
      <w:tblPr>
        <w:tblStyle w:val="TableGrid"/>
        <w:tblW w:w="0" w:type="auto"/>
        <w:jc w:val="center"/>
        <w:tblLook w:val="04A0" w:firstRow="1" w:lastRow="0" w:firstColumn="1" w:lastColumn="0" w:noHBand="0" w:noVBand="1"/>
      </w:tblPr>
      <w:tblGrid>
        <w:gridCol w:w="5184"/>
        <w:gridCol w:w="8220"/>
      </w:tblGrid>
      <w:tr w:rsidR="00F44217" w14:paraId="140F6A0B" w14:textId="77777777" w:rsidTr="00E97975">
        <w:trPr>
          <w:jc w:val="center"/>
        </w:trPr>
        <w:tc>
          <w:tcPr>
            <w:tcW w:w="5184" w:type="dxa"/>
            <w:shd w:val="clear" w:color="auto" w:fill="FFF1E8"/>
          </w:tcPr>
          <w:p w14:paraId="2214A881" w14:textId="77777777" w:rsidR="00F44217" w:rsidRDefault="00000000">
            <w:r>
              <w:rPr>
                <w:b/>
                <w:color w:val="3C3C3C"/>
                <w:sz w:val="20"/>
              </w:rPr>
              <w:t>What went well this week?</w:t>
            </w:r>
          </w:p>
        </w:tc>
        <w:tc>
          <w:tcPr>
            <w:tcW w:w="8220" w:type="dxa"/>
          </w:tcPr>
          <w:p w14:paraId="2552E941" w14:textId="77777777" w:rsidR="00F44217" w:rsidRDefault="00F44217"/>
          <w:p w14:paraId="23ADAFEC" w14:textId="77777777" w:rsidR="00E97975" w:rsidRDefault="00E97975"/>
          <w:p w14:paraId="721D3E2D" w14:textId="77777777" w:rsidR="00E97975" w:rsidRDefault="00E97975"/>
          <w:p w14:paraId="4EBF83AE" w14:textId="77777777" w:rsidR="00E97975" w:rsidRDefault="00E97975"/>
          <w:p w14:paraId="348F973B" w14:textId="77777777" w:rsidR="00E97975" w:rsidRDefault="00E97975"/>
          <w:p w14:paraId="0D912399" w14:textId="264A46C4" w:rsidR="00E97975" w:rsidRDefault="00E97975"/>
        </w:tc>
      </w:tr>
      <w:tr w:rsidR="00F44217" w14:paraId="172DDC8F" w14:textId="77777777" w:rsidTr="00E97975">
        <w:trPr>
          <w:jc w:val="center"/>
        </w:trPr>
        <w:tc>
          <w:tcPr>
            <w:tcW w:w="5184" w:type="dxa"/>
            <w:shd w:val="clear" w:color="auto" w:fill="FFF1E8"/>
          </w:tcPr>
          <w:p w14:paraId="2E63EA16" w14:textId="77777777" w:rsidR="00F44217" w:rsidRDefault="00000000">
            <w:r>
              <w:rPr>
                <w:b/>
                <w:color w:val="3C3C3C"/>
                <w:sz w:val="20"/>
              </w:rPr>
              <w:t>What was difficult?</w:t>
            </w:r>
          </w:p>
        </w:tc>
        <w:tc>
          <w:tcPr>
            <w:tcW w:w="8220" w:type="dxa"/>
          </w:tcPr>
          <w:p w14:paraId="1A96C9AE" w14:textId="77777777" w:rsidR="00F44217" w:rsidRDefault="00F44217"/>
          <w:p w14:paraId="680D1B32" w14:textId="77777777" w:rsidR="00E97975" w:rsidRDefault="00E97975"/>
          <w:p w14:paraId="7E4F19C7" w14:textId="77777777" w:rsidR="00E97975" w:rsidRDefault="00E97975"/>
          <w:p w14:paraId="0BCEB74E" w14:textId="77777777" w:rsidR="00E97975" w:rsidRDefault="00E97975"/>
          <w:p w14:paraId="7F252C15" w14:textId="77777777" w:rsidR="00E97975" w:rsidRDefault="00E97975"/>
          <w:p w14:paraId="4A180969" w14:textId="0A898E2B" w:rsidR="00E97975" w:rsidRDefault="00E97975"/>
        </w:tc>
      </w:tr>
      <w:tr w:rsidR="00F44217" w14:paraId="301DF6C8" w14:textId="77777777" w:rsidTr="00E97975">
        <w:trPr>
          <w:jc w:val="center"/>
        </w:trPr>
        <w:tc>
          <w:tcPr>
            <w:tcW w:w="5184" w:type="dxa"/>
            <w:shd w:val="clear" w:color="auto" w:fill="FFF1E8"/>
          </w:tcPr>
          <w:p w14:paraId="55732480" w14:textId="77777777" w:rsidR="00F44217" w:rsidRDefault="00000000">
            <w:r>
              <w:rPr>
                <w:b/>
                <w:color w:val="3C3C3C"/>
                <w:sz w:val="20"/>
              </w:rPr>
              <w:t>Did you notice any changes in your mood, sleep, money, health, or relationships?</w:t>
            </w:r>
          </w:p>
        </w:tc>
        <w:tc>
          <w:tcPr>
            <w:tcW w:w="8220" w:type="dxa"/>
          </w:tcPr>
          <w:p w14:paraId="6DD229F5" w14:textId="77777777" w:rsidR="00F44217" w:rsidRDefault="00F44217"/>
          <w:p w14:paraId="51FDC3F8" w14:textId="77777777" w:rsidR="00E97975" w:rsidRDefault="00E97975"/>
          <w:p w14:paraId="20A9617D" w14:textId="77777777" w:rsidR="00E97975" w:rsidRDefault="00E97975"/>
          <w:p w14:paraId="31AA4813" w14:textId="77777777" w:rsidR="00E97975" w:rsidRDefault="00E97975"/>
          <w:p w14:paraId="32EF9384" w14:textId="77777777" w:rsidR="00E97975" w:rsidRDefault="00E97975"/>
          <w:p w14:paraId="3D4C3870" w14:textId="5A1FCD9A" w:rsidR="00E97975" w:rsidRDefault="00E97975"/>
        </w:tc>
      </w:tr>
      <w:tr w:rsidR="00F44217" w14:paraId="5ED9EE19" w14:textId="77777777" w:rsidTr="00E97975">
        <w:trPr>
          <w:jc w:val="center"/>
        </w:trPr>
        <w:tc>
          <w:tcPr>
            <w:tcW w:w="5184" w:type="dxa"/>
            <w:shd w:val="clear" w:color="auto" w:fill="FFF1E8"/>
          </w:tcPr>
          <w:p w14:paraId="0891252F" w14:textId="77777777" w:rsidR="00F44217" w:rsidRDefault="00000000">
            <w:r>
              <w:rPr>
                <w:b/>
                <w:color w:val="3C3C3C"/>
                <w:sz w:val="20"/>
              </w:rPr>
              <w:t>What helped you cope or delay using?</w:t>
            </w:r>
          </w:p>
        </w:tc>
        <w:tc>
          <w:tcPr>
            <w:tcW w:w="8220" w:type="dxa"/>
          </w:tcPr>
          <w:p w14:paraId="54E40F94" w14:textId="77777777" w:rsidR="00F44217" w:rsidRDefault="00F44217"/>
          <w:p w14:paraId="6115DD76" w14:textId="77777777" w:rsidR="00E97975" w:rsidRDefault="00E97975"/>
          <w:p w14:paraId="41F8F970" w14:textId="77777777" w:rsidR="00E97975" w:rsidRDefault="00E97975"/>
          <w:p w14:paraId="3FC85620" w14:textId="77777777" w:rsidR="00E97975" w:rsidRDefault="00E97975"/>
          <w:p w14:paraId="36FCC4D0" w14:textId="77777777" w:rsidR="00E97975" w:rsidRDefault="00E97975"/>
          <w:p w14:paraId="434C3D56" w14:textId="111F7FD0" w:rsidR="00E97975" w:rsidRDefault="00E97975"/>
        </w:tc>
      </w:tr>
      <w:tr w:rsidR="00F44217" w14:paraId="6C63A7B4" w14:textId="77777777" w:rsidTr="00E97975">
        <w:trPr>
          <w:jc w:val="center"/>
        </w:trPr>
        <w:tc>
          <w:tcPr>
            <w:tcW w:w="5184" w:type="dxa"/>
            <w:shd w:val="clear" w:color="auto" w:fill="FFF1E8"/>
          </w:tcPr>
          <w:p w14:paraId="69901776" w14:textId="77777777" w:rsidR="00F44217" w:rsidRDefault="00000000">
            <w:r>
              <w:rPr>
                <w:b/>
                <w:color w:val="3C3C3C"/>
                <w:sz w:val="20"/>
              </w:rPr>
              <w:t>What is one realistic goal for next week?</w:t>
            </w:r>
          </w:p>
        </w:tc>
        <w:tc>
          <w:tcPr>
            <w:tcW w:w="8220" w:type="dxa"/>
          </w:tcPr>
          <w:p w14:paraId="08DC6C44" w14:textId="77777777" w:rsidR="00F44217" w:rsidRDefault="00F44217"/>
          <w:p w14:paraId="1C06A206" w14:textId="77777777" w:rsidR="00E97975" w:rsidRDefault="00E97975"/>
          <w:p w14:paraId="3C619A40" w14:textId="77777777" w:rsidR="00E97975" w:rsidRDefault="00E97975"/>
          <w:p w14:paraId="23B60203" w14:textId="77777777" w:rsidR="00E97975" w:rsidRDefault="00E97975"/>
          <w:p w14:paraId="4E783819" w14:textId="77777777" w:rsidR="00E97975" w:rsidRDefault="00E97975"/>
          <w:p w14:paraId="0FE7785A" w14:textId="77777777" w:rsidR="00E97975" w:rsidRDefault="00E97975"/>
          <w:p w14:paraId="57E0F6A9" w14:textId="00771380" w:rsidR="00E97975" w:rsidRDefault="00E97975"/>
        </w:tc>
      </w:tr>
    </w:tbl>
    <w:p w14:paraId="46259D53" w14:textId="77777777" w:rsidR="00F44217" w:rsidRDefault="00000000">
      <w:r>
        <w:br w:type="page"/>
      </w:r>
    </w:p>
    <w:p w14:paraId="2C115996" w14:textId="77777777" w:rsidR="00F44217" w:rsidRDefault="00000000">
      <w:pPr>
        <w:pStyle w:val="Heading1"/>
      </w:pPr>
      <w:r>
        <w:rPr>
          <w:rFonts w:ascii="Arial" w:eastAsia="Arial" w:hAnsi="Arial" w:cs="Arial"/>
          <w:color w:val="E0651F"/>
          <w:sz w:val="32"/>
        </w:rPr>
        <w:lastRenderedPageBreak/>
        <w:t>Spotting triggers and managing cravings</w:t>
      </w:r>
    </w:p>
    <w:p w14:paraId="30A6A091" w14:textId="77777777" w:rsidR="00F44217" w:rsidRDefault="00000000">
      <w:r>
        <w:rPr>
          <w:color w:val="3C3C3C"/>
        </w:rPr>
        <w:t>A trigger is something that makes you more likely to use. A craving is a strong urge to use. They can pass, even when they feel very strong.</w:t>
      </w:r>
    </w:p>
    <w:p w14:paraId="036AA2B0" w14:textId="77777777" w:rsidR="00F44217" w:rsidRDefault="00000000">
      <w:pPr>
        <w:pStyle w:val="Heading2"/>
      </w:pPr>
      <w:r>
        <w:rPr>
          <w:rFonts w:ascii="Arial" w:eastAsia="Arial" w:hAnsi="Arial" w:cs="Arial"/>
          <w:color w:val="E0651F"/>
        </w:rPr>
        <w:t>Common triggers</w:t>
      </w:r>
    </w:p>
    <w:p w14:paraId="2CEFDC68" w14:textId="77777777" w:rsidR="00F44217" w:rsidRDefault="00000000">
      <w:pPr>
        <w:pStyle w:val="ListBullet"/>
      </w:pPr>
      <w:r>
        <w:rPr>
          <w:color w:val="3C3C3C"/>
        </w:rPr>
        <w:t>Feeling stressed, low, angry, lonely, bored, or in pain</w:t>
      </w:r>
    </w:p>
    <w:p w14:paraId="08E74A8A" w14:textId="77777777" w:rsidR="00F44217" w:rsidRDefault="00000000">
      <w:pPr>
        <w:pStyle w:val="ListBullet"/>
      </w:pPr>
      <w:r>
        <w:rPr>
          <w:color w:val="3C3C3C"/>
        </w:rPr>
        <w:t>Seeing certain people, places, texts, social media posts, or money</w:t>
      </w:r>
    </w:p>
    <w:p w14:paraId="2C2351EC" w14:textId="77777777" w:rsidR="00F44217" w:rsidRDefault="00000000">
      <w:pPr>
        <w:pStyle w:val="ListBullet"/>
      </w:pPr>
      <w:r>
        <w:rPr>
          <w:color w:val="3C3C3C"/>
        </w:rPr>
        <w:t>Being tired, hungry, or overwhelmed</w:t>
      </w:r>
    </w:p>
    <w:p w14:paraId="620A90A4" w14:textId="77777777" w:rsidR="00F44217" w:rsidRDefault="00000000">
      <w:pPr>
        <w:pStyle w:val="ListBullet"/>
      </w:pPr>
      <w:r>
        <w:rPr>
          <w:color w:val="3C3C3C"/>
        </w:rPr>
        <w:t>Arguments, bad news, or difficult memories</w:t>
      </w:r>
    </w:p>
    <w:p w14:paraId="4A5BCF79" w14:textId="77777777" w:rsidR="00F44217" w:rsidRDefault="00000000">
      <w:pPr>
        <w:pStyle w:val="ListBullet"/>
      </w:pPr>
      <w:r>
        <w:rPr>
          <w:color w:val="3C3C3C"/>
        </w:rPr>
        <w:t>Thinking “just this once” or “it does not matter”</w:t>
      </w:r>
    </w:p>
    <w:p w14:paraId="3F334460" w14:textId="77777777" w:rsidR="00F44217" w:rsidRDefault="00000000">
      <w:pPr>
        <w:pStyle w:val="Heading2"/>
      </w:pPr>
      <w:r>
        <w:rPr>
          <w:rFonts w:ascii="Arial" w:eastAsia="Arial" w:hAnsi="Arial" w:cs="Arial"/>
          <w:color w:val="E0651F"/>
        </w:rPr>
        <w:t>Ways to ride out a craving</w:t>
      </w:r>
    </w:p>
    <w:p w14:paraId="2CD2F489" w14:textId="77777777" w:rsidR="00F44217" w:rsidRDefault="00000000">
      <w:pPr>
        <w:pStyle w:val="ListBullet"/>
      </w:pPr>
      <w:r>
        <w:rPr>
          <w:color w:val="3C3C3C"/>
        </w:rPr>
        <w:t>Pause for 10 minutes and tell yourself the urge will rise and fall like a wave.</w:t>
      </w:r>
    </w:p>
    <w:p w14:paraId="33FC078F" w14:textId="77777777" w:rsidR="00F44217" w:rsidRDefault="00000000">
      <w:pPr>
        <w:pStyle w:val="ListBullet"/>
      </w:pPr>
      <w:r>
        <w:rPr>
          <w:color w:val="3C3C3C"/>
        </w:rPr>
        <w:t>Move to a safer place or away from people who are using.</w:t>
      </w:r>
    </w:p>
    <w:p w14:paraId="66BABFFB" w14:textId="77777777" w:rsidR="00F44217" w:rsidRDefault="00000000">
      <w:pPr>
        <w:pStyle w:val="ListBullet"/>
      </w:pPr>
      <w:r>
        <w:rPr>
          <w:color w:val="3C3C3C"/>
        </w:rPr>
        <w:t>Drink water, eat something light, or take slow breaths.</w:t>
      </w:r>
    </w:p>
    <w:p w14:paraId="2563E184" w14:textId="77777777" w:rsidR="00F44217" w:rsidRDefault="00000000">
      <w:pPr>
        <w:pStyle w:val="ListBullet"/>
      </w:pPr>
      <w:r>
        <w:rPr>
          <w:color w:val="3C3C3C"/>
        </w:rPr>
        <w:t>Call or message someone supportive.</w:t>
      </w:r>
    </w:p>
    <w:p w14:paraId="03CF5CEC" w14:textId="77777777" w:rsidR="00F44217" w:rsidRDefault="00000000">
      <w:pPr>
        <w:pStyle w:val="ListBullet"/>
      </w:pPr>
      <w:r>
        <w:rPr>
          <w:color w:val="3C3C3C"/>
        </w:rPr>
        <w:t>Do one small task: shower, walk, music, tidy a surface, or write in this diary.</w:t>
      </w:r>
    </w:p>
    <w:p w14:paraId="452C86A7" w14:textId="77777777" w:rsidR="00F44217" w:rsidRDefault="00000000">
      <w:pPr>
        <w:pStyle w:val="ListBullet"/>
      </w:pPr>
      <w:r>
        <w:rPr>
          <w:color w:val="3C3C3C"/>
        </w:rPr>
        <w:t>If you have a treatment plan, follow the steps agreed with your clinician or drug service.</w:t>
      </w:r>
    </w:p>
    <w:p w14:paraId="583681FE" w14:textId="77777777" w:rsidR="00F44217" w:rsidRDefault="00000000">
      <w:r>
        <w:br w:type="page"/>
      </w:r>
    </w:p>
    <w:p w14:paraId="3E25D87F" w14:textId="77777777" w:rsidR="00F44217" w:rsidRDefault="00000000">
      <w:pPr>
        <w:pStyle w:val="Heading1"/>
        <w:rPr>
          <w:rFonts w:ascii="Arial" w:eastAsia="Arial" w:hAnsi="Arial" w:cs="Arial"/>
          <w:color w:val="E0651F"/>
          <w:sz w:val="32"/>
        </w:rPr>
      </w:pPr>
      <w:r>
        <w:rPr>
          <w:rFonts w:ascii="Arial" w:eastAsia="Arial" w:hAnsi="Arial" w:cs="Arial"/>
          <w:color w:val="E0651F"/>
          <w:sz w:val="32"/>
        </w:rPr>
        <w:lastRenderedPageBreak/>
        <w:t>Useful contacts</w:t>
      </w:r>
    </w:p>
    <w:p w14:paraId="54A39CF2" w14:textId="77777777" w:rsidR="00E97975" w:rsidRPr="00E97975" w:rsidRDefault="00E97975" w:rsidP="00E97975"/>
    <w:tbl>
      <w:tblPr>
        <w:tblStyle w:val="TableGrid"/>
        <w:tblW w:w="0" w:type="auto"/>
        <w:jc w:val="center"/>
        <w:tblLook w:val="04A0" w:firstRow="1" w:lastRow="0" w:firstColumn="1" w:lastColumn="0" w:noHBand="0" w:noVBand="1"/>
      </w:tblPr>
      <w:tblGrid>
        <w:gridCol w:w="5184"/>
        <w:gridCol w:w="5184"/>
      </w:tblGrid>
      <w:tr w:rsidR="00F44217" w14:paraId="06887636" w14:textId="77777777">
        <w:trPr>
          <w:jc w:val="center"/>
        </w:trPr>
        <w:tc>
          <w:tcPr>
            <w:tcW w:w="5184" w:type="dxa"/>
            <w:shd w:val="clear" w:color="auto" w:fill="F6C3A7"/>
          </w:tcPr>
          <w:p w14:paraId="4CEF5734" w14:textId="77777777" w:rsidR="00F44217" w:rsidRDefault="00000000">
            <w:r>
              <w:rPr>
                <w:b/>
                <w:color w:val="3C3C3C"/>
                <w:sz w:val="20"/>
              </w:rPr>
              <w:t>FRANK</w:t>
            </w:r>
          </w:p>
        </w:tc>
        <w:tc>
          <w:tcPr>
            <w:tcW w:w="5184" w:type="dxa"/>
          </w:tcPr>
          <w:p w14:paraId="14F14248" w14:textId="77777777" w:rsidR="00F44217" w:rsidRDefault="00000000">
            <w:r>
              <w:rPr>
                <w:color w:val="3C3C3C"/>
                <w:sz w:val="20"/>
              </w:rPr>
              <w:t>Friendly confidential drugs advice and information: www.talktofrank.com</w:t>
            </w:r>
          </w:p>
        </w:tc>
      </w:tr>
      <w:tr w:rsidR="00F44217" w14:paraId="082A2DEA" w14:textId="77777777">
        <w:trPr>
          <w:jc w:val="center"/>
        </w:trPr>
        <w:tc>
          <w:tcPr>
            <w:tcW w:w="5184" w:type="dxa"/>
            <w:shd w:val="clear" w:color="auto" w:fill="F6C3A7"/>
          </w:tcPr>
          <w:p w14:paraId="3C2BB5FB" w14:textId="77777777" w:rsidR="00F44217" w:rsidRDefault="00000000">
            <w:r>
              <w:rPr>
                <w:b/>
                <w:color w:val="3C3C3C"/>
                <w:sz w:val="20"/>
              </w:rPr>
              <w:t>NHS 111</w:t>
            </w:r>
          </w:p>
        </w:tc>
        <w:tc>
          <w:tcPr>
            <w:tcW w:w="5184" w:type="dxa"/>
          </w:tcPr>
          <w:p w14:paraId="73F13925" w14:textId="77777777" w:rsidR="00F44217" w:rsidRDefault="00000000">
            <w:r>
              <w:rPr>
                <w:color w:val="3C3C3C"/>
                <w:sz w:val="20"/>
              </w:rPr>
              <w:t>For urgent medical help or advice when it is not an emergency: call 111 or use NHS 111 online.</w:t>
            </w:r>
          </w:p>
        </w:tc>
      </w:tr>
      <w:tr w:rsidR="00F44217" w14:paraId="3B407E06" w14:textId="77777777">
        <w:trPr>
          <w:jc w:val="center"/>
        </w:trPr>
        <w:tc>
          <w:tcPr>
            <w:tcW w:w="5184" w:type="dxa"/>
            <w:shd w:val="clear" w:color="auto" w:fill="F6C3A7"/>
          </w:tcPr>
          <w:p w14:paraId="55302C05" w14:textId="77777777" w:rsidR="00F44217" w:rsidRDefault="00000000">
            <w:r>
              <w:rPr>
                <w:b/>
                <w:color w:val="3C3C3C"/>
                <w:sz w:val="20"/>
              </w:rPr>
              <w:t>Local drug service</w:t>
            </w:r>
          </w:p>
        </w:tc>
        <w:tc>
          <w:tcPr>
            <w:tcW w:w="5184" w:type="dxa"/>
          </w:tcPr>
          <w:p w14:paraId="341596A1" w14:textId="77777777" w:rsidR="00F44217" w:rsidRDefault="00000000">
            <w:r>
              <w:rPr>
                <w:color w:val="3C3C3C"/>
                <w:sz w:val="20"/>
              </w:rPr>
              <w:t>Write your local service name, phone number, and opening times here: ________________________________</w:t>
            </w:r>
          </w:p>
        </w:tc>
      </w:tr>
      <w:tr w:rsidR="00F44217" w14:paraId="745504A6" w14:textId="77777777">
        <w:trPr>
          <w:jc w:val="center"/>
        </w:trPr>
        <w:tc>
          <w:tcPr>
            <w:tcW w:w="5184" w:type="dxa"/>
            <w:shd w:val="clear" w:color="auto" w:fill="F6C3A7"/>
          </w:tcPr>
          <w:p w14:paraId="342F765C" w14:textId="77777777" w:rsidR="00F44217" w:rsidRDefault="00000000">
            <w:r>
              <w:rPr>
                <w:b/>
                <w:color w:val="3C3C3C"/>
                <w:sz w:val="20"/>
              </w:rPr>
              <w:t>Emergency help</w:t>
            </w:r>
          </w:p>
        </w:tc>
        <w:tc>
          <w:tcPr>
            <w:tcW w:w="5184" w:type="dxa"/>
          </w:tcPr>
          <w:p w14:paraId="1BDC7A85" w14:textId="77777777" w:rsidR="00F44217" w:rsidRDefault="00000000">
            <w:r>
              <w:rPr>
                <w:color w:val="3C3C3C"/>
                <w:sz w:val="20"/>
              </w:rPr>
              <w:t>If someone is very unwell, unconscious, having trouble breathing, or fitting, call 999 now.</w:t>
            </w:r>
          </w:p>
        </w:tc>
      </w:tr>
    </w:tbl>
    <w:p w14:paraId="7CA04751" w14:textId="77777777" w:rsidR="00F44217" w:rsidRDefault="00F44217"/>
    <w:tbl>
      <w:tblPr>
        <w:tblW w:w="0" w:type="auto"/>
        <w:jc w:val="center"/>
        <w:tblLook w:val="04A0" w:firstRow="1" w:lastRow="0" w:firstColumn="1" w:lastColumn="0" w:noHBand="0" w:noVBand="1"/>
      </w:tblPr>
      <w:tblGrid>
        <w:gridCol w:w="10368"/>
      </w:tblGrid>
      <w:tr w:rsidR="00F44217" w14:paraId="54B2F422" w14:textId="77777777">
        <w:trPr>
          <w:jc w:val="center"/>
        </w:trPr>
        <w:tc>
          <w:tcPr>
            <w:tcW w:w="10368" w:type="dxa"/>
            <w:tcBorders>
              <w:top w:val="single" w:sz="14" w:space="0" w:color="E0651F"/>
              <w:left w:val="single" w:sz="14" w:space="0" w:color="E0651F"/>
              <w:bottom w:val="single" w:sz="14" w:space="0" w:color="E0651F"/>
              <w:right w:val="single" w:sz="14" w:space="0" w:color="E0651F"/>
            </w:tcBorders>
            <w:shd w:val="clear" w:color="auto" w:fill="FFF1E8"/>
          </w:tcPr>
          <w:p w14:paraId="2BDCE7BC" w14:textId="77777777" w:rsidR="00F44217" w:rsidRDefault="00000000">
            <w:r>
              <w:rPr>
                <w:b/>
                <w:color w:val="E0651F"/>
                <w:sz w:val="20"/>
              </w:rPr>
              <w:t>Always double check this advice and drug doses with the latest NICE/BNF guidance. This document is for educational purposes only.</w:t>
            </w:r>
          </w:p>
        </w:tc>
      </w:tr>
    </w:tbl>
    <w:p w14:paraId="704C9836" w14:textId="77777777" w:rsidR="00E67A47" w:rsidRDefault="00E67A47"/>
    <w:sectPr w:rsidR="00E67A47" w:rsidSect="00E97975">
      <w:footerReference w:type="default" r:id="rId9"/>
      <w:pgSz w:w="15840" w:h="12240" w:orient="landscape"/>
      <w:pgMar w:top="936" w:right="936" w:bottom="936"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D6491D" w14:textId="77777777" w:rsidR="00E67A47" w:rsidRDefault="00E67A47">
      <w:pPr>
        <w:spacing w:after="0" w:line="240" w:lineRule="auto"/>
      </w:pPr>
      <w:r>
        <w:separator/>
      </w:r>
    </w:p>
  </w:endnote>
  <w:endnote w:type="continuationSeparator" w:id="0">
    <w:p w14:paraId="0FC8881F" w14:textId="77777777" w:rsidR="00E67A47" w:rsidRDefault="00E67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57B94" w14:textId="77777777" w:rsidR="00F44217" w:rsidRDefault="00000000">
    <w:pPr>
      <w:pStyle w:val="Footer"/>
      <w:jc w:val="center"/>
    </w:pPr>
    <w:r>
      <w:rPr>
        <w:color w:val="5A5A5A"/>
        <w:sz w:val="16"/>
      </w:rPr>
      <w:t>A free resource provided by www.bradfordvts.co.uk, Dr Ramesh Mehay, revised May 2026A free resource provided by www.bradfordvts.co.uk, Dr Ramesh Mehay, revised May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7EFFF" w14:textId="77777777" w:rsidR="00E67A47" w:rsidRDefault="00E67A47">
      <w:pPr>
        <w:spacing w:after="0" w:line="240" w:lineRule="auto"/>
      </w:pPr>
      <w:r>
        <w:separator/>
      </w:r>
    </w:p>
  </w:footnote>
  <w:footnote w:type="continuationSeparator" w:id="0">
    <w:p w14:paraId="11EFDDAB" w14:textId="77777777" w:rsidR="00E67A47" w:rsidRDefault="00E67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921646141">
    <w:abstractNumId w:val="8"/>
  </w:num>
  <w:num w:numId="2" w16cid:durableId="2121022079">
    <w:abstractNumId w:val="6"/>
  </w:num>
  <w:num w:numId="3" w16cid:durableId="1176727681">
    <w:abstractNumId w:val="5"/>
  </w:num>
  <w:num w:numId="4" w16cid:durableId="854225999">
    <w:abstractNumId w:val="4"/>
  </w:num>
  <w:num w:numId="5" w16cid:durableId="699204475">
    <w:abstractNumId w:val="7"/>
  </w:num>
  <w:num w:numId="6" w16cid:durableId="522863329">
    <w:abstractNumId w:val="3"/>
  </w:num>
  <w:num w:numId="7" w16cid:durableId="1759709978">
    <w:abstractNumId w:val="2"/>
  </w:num>
  <w:num w:numId="8" w16cid:durableId="1425766733">
    <w:abstractNumId w:val="1"/>
  </w:num>
  <w:num w:numId="9" w16cid:durableId="13045841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AA1D8D"/>
    <w:rsid w:val="00B47730"/>
    <w:rsid w:val="00CB0664"/>
    <w:rsid w:val="00D237E4"/>
    <w:rsid w:val="00E67A47"/>
    <w:rsid w:val="00E97975"/>
    <w:rsid w:val="00F4421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4C1D9AE"/>
  <w14:defaultImageDpi w14:val="300"/>
  <w15:docId w15:val="{585D1AD5-556B-44C7-BCB2-E91CC99DA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eastAsia="Arial" w:hAnsi="Arial" w:cs="Arial"/>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263</Words>
  <Characters>3130</Characters>
  <Application>Microsoft Office Word</Application>
  <DocSecurity>0</DocSecurity>
  <Lines>347</Lines>
  <Paragraphs>48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3345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Ramesh Mehay</cp:lastModifiedBy>
  <cp:revision>2</cp:revision>
  <dcterms:created xsi:type="dcterms:W3CDTF">2013-12-23T23:15:00Z</dcterms:created>
  <dcterms:modified xsi:type="dcterms:W3CDTF">2026-06-26T11:39:00Z</dcterms:modified>
  <cp:category/>
</cp:coreProperties>
</file>