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360"/>
            <w:shd w:val="clear" w:color="auto" w:fill="E0651F"/>
            <w:tcMar>
              <w:top w:w="180" w:type="dxa"/>
              <w:left w:w="180" w:type="dxa"/>
              <w:bottom w:w="180" w:type="dxa"/>
              <w:right w:w="180" w:type="dxa"/>
            </w:tcMar>
          </w:tcPr>
          <w:p>
            <w:pPr>
              <w:spacing w:before="120" w:after="40"/>
              <w:jc w:val="center"/>
            </w:pPr>
            <w:r>
              <w:rPr>
                <w:rFonts w:ascii="Calibri" w:hAnsi="Calibri" w:eastAsia="Calibri" w:cs="Calibri"/>
                <w:b w:val="0"/>
                <w:i w:val="0"/>
                <w:color w:val="FFFFFF"/>
                <w:sz w:val="22"/>
                <w:spacing w:val="40"/>
              </w:rPr>
              <w:t>BRADFORD VTS TEACHING AIDS</w:t>
            </w:r>
          </w:p>
          <w:p>
            <w:pPr>
              <w:spacing w:before="80" w:after="80"/>
              <w:jc w:val="center"/>
            </w:pPr>
            <w:r>
              <w:rPr>
                <w:rFonts w:ascii="Calibri" w:hAnsi="Calibri" w:eastAsia="Calibri" w:cs="Calibri"/>
                <w:b/>
                <w:i w:val="0"/>
                <w:color w:val="FFFFFF"/>
                <w:sz w:val="60"/>
              </w:rPr>
              <w:t>MSK Self-Assessment MCQs</w:t>
            </w:r>
          </w:p>
          <w:p>
            <w:pPr>
              <w:spacing w:before="40" w:after="160"/>
              <w:jc w:val="center"/>
            </w:pPr>
            <w:r>
              <w:rPr>
                <w:rFonts w:ascii="Calibri" w:hAnsi="Calibri" w:eastAsia="Calibri" w:cs="Calibri"/>
                <w:b w:val="0"/>
                <w:i/>
                <w:color w:val="FFFFFF"/>
                <w:sz w:val="24"/>
              </w:rPr>
              <w:t>Answer Key — Facilitator Version · Bradford VTS · June 2026</w:t>
            </w:r>
          </w:p>
        </w:tc>
      </w:tr>
    </w:tbl>
    <w:p>
      <w:pPr>
        <w:spacing w:before="200" w:after="160"/>
      </w:pPr>
      <w:r>
        <w:rPr>
          <w:rFonts w:ascii="Calibri" w:hAnsi="Calibri" w:eastAsia="Calibri" w:cs="Calibri"/>
          <w:b w:val="0"/>
          <w:i w:val="0"/>
          <w:color w:val="000000"/>
          <w:sz w:val="21"/>
        </w:rPr>
        <w:t>These self-assessment questions cover key topics from the Bradford VTS Dynamic Body MSK Course. They are designed for AKT-style factual recall and clinical decision-making practice. Correct answers are highlighted in green with explanatory notes.</w:t>
      </w:r>
    </w:p>
    <w:p>
      <w:pPr>
        <w:spacing w:before="280" w:after="120"/>
        <w:pBdr>
          <w:bottom w:val="single" w:sz="4" w:space="1" w:color="1F4E79"/>
        </w:pBdr>
      </w:pPr>
      <w:r>
        <w:rPr>
          <w:rFonts w:ascii="Calibri" w:hAnsi="Calibri" w:eastAsia="Calibri" w:cs="Calibri"/>
          <w:b/>
          <w:i w:val="0"/>
          <w:color w:val="1F4E79"/>
          <w:sz w:val="28"/>
        </w:rPr>
        <w:t>SECTION 1 — True or False: Musculoskeletal Medicine</w:t>
      </w:r>
    </w:p>
    <w:p>
      <w:pPr>
        <w:spacing w:after="120"/>
      </w:pPr>
      <w:r>
        <w:rPr>
          <w:rFonts w:ascii="Calibri" w:hAnsi="Calibri" w:eastAsia="Calibri" w:cs="Calibri"/>
          <w:b w:val="0"/>
          <w:i/>
          <w:color w:val="606060"/>
          <w:sz w:val="20"/>
        </w:rPr>
        <w:t>For each statement below, decide whether it is True or False. A short explanation follows each answer.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The only treatment for bunions is surgery?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There are approximately 150 different operations for hallux valgus — a sure sign there is no single best procedure! Conservative management should always be tried first: physiotherapy to mobilise the joint, orthoses/corrective footwear (especially in hyperpronation), and steroid injections to relieve pain. Surgery is reserved for cases failing conservative treatment.</w:t>
            </w:r>
          </w:p>
        </w:tc>
      </w:tr>
    </w:tbl>
    <w:p>
      <w:pPr>
        <w:spacing w:after="16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Q2.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Plantar fasciitis is best treated by steroid injection?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Plantar fasciitis is inflammation of the plantar fascia at its calcaneal origin. Classic history: worst heel pain with first morning steps, easing with activity but returning later in the day. Treatment targets risk factors: flat feet / hyperpronation, tight calf muscles. Physiotherapy and podiatry are first-line. Steroid injections carry major risks in this weight-bearing tendon and are a last resort. It usually resolves naturally but can take up to 2 years. X-ray is not needed (a calcaneal spur is a marker of inflammation, not the cause).</w:t>
            </w:r>
          </w:p>
        </w:tc>
      </w:tr>
    </w:tbl>
    <w:p>
      <w:pPr>
        <w:spacing w:after="16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Q3.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Morton's neuroma is more common with a Morton's foot?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Morton's foot (2nd toe longer than the great toe, seen in ~20% of people) is a normal variant. Morton's neuroma is an interdigital neuroma (digital nerve compressed between metatarsal heads), typically causing forefoot pain and numbness in the affected toe when shoes are worn — relieved by barefoot walking. Foot squeeze (± Mulder's click) reproduces the pain. USS confirms diagnosis: ≤5mm → steroid injection; &gt;5mm → surgery. Metatarsal cushions and wider footwear are tried first.</w:t>
            </w:r>
          </w:p>
        </w:tc>
      </w:tr>
    </w:tbl>
    <w:p>
      <w:pPr>
        <w:spacing w:after="16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Q4.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A sprained ankle should be better by 2 weeks?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Most sprained ankles should not be formally investigated until at least 6 weeks have passed and/or good rehabilitation has occurred. Hidden complications are often missed: talar dome fractures (not visible on plain X-ray; presents with ongoing weight-bearing pain over the talar dome), and peroneal tendon dislocation (snapping/pain behind the lateral malleolus). Always assess muscle strength and proprioception — significant deficits must be addressed, often by physiotherapy.</w:t>
            </w:r>
          </w:p>
        </w:tc>
      </w:tr>
    </w:tbl>
    <w:p>
      <w:pPr>
        <w:spacing w:after="16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Q5.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Suspected Osgood–Schlatter disease should be X-rayed for confirmation?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Osgood–Schlatter disease is osteochondritis of the anterior tibial tubercle — typically in active teenage boys. Classic features: pain and tenderness at the tibial tubercle, worse with activity. Diagnosis is clinical. X-ray can confirm but is not needed unless a bone tumour is genuinely suspected. Management: reduce activity by ~50%, then gradually re-introduce. The condition resolves as bony maturity is achieved.</w:t>
            </w:r>
          </w:p>
        </w:tc>
      </w:tr>
    </w:tbl>
    <w:p>
      <w:pPr>
        <w:spacing w:after="16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Q6.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Arthroscopy and washout is a good treatment for osteoarthritis of the knee?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Unless a definite loose body is causing locking, giving way, or pain, arthroscopic washout for OA knee has no supporting evidence. A well-designed sham-controlled trial found no difference between washout and a sham procedure. NICE NG226 (2022) explicitly recommends against arthroscopic lavage/debridement for knee OA. Many conservative treatments are available before surgical approaches are needed.</w:t>
            </w:r>
          </w:p>
        </w:tc>
      </w:tr>
    </w:tbl>
    <w:p>
      <w:pPr>
        <w:spacing w:after="16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Q7.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McMurray's test is the best way to diagnose meniscal tears?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History and joint line tenderness are more valuable. Typical history: weight-bearing rotational injury → swelling over hours → locking and giving way → worse going downstairs and getting into cars. Joint line tenderness is the most sensitive and specific examination finding. McMurray's test is &lt;80% sensitive and specific. Other meniscal provocation tests (Thessaly's, Ege's) may be more sensitive but should be used carefully.</w:t>
            </w:r>
          </w:p>
        </w:tc>
      </w:tr>
    </w:tbl>
    <w:p>
      <w:pPr>
        <w:spacing w:after="16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Q8.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USS guidance is needed for trochanteric bursitis injections?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ANSWER: FALSE</w:t>
            </w:r>
          </w:p>
          <w:p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Trochanteric bursitis (greater trochanteric pain syndrome) is common in middle-aged women: lateral hip pain after exercise, pain lying on that side. Address underlying gluteal weakness and tight ITB to prevent recurrence (physiotherapy is key). A BMJ study demonstrated that USS guidance does not improve clinical outcomes but significantly increases cost. An unguided injection with a long needle aimed directly at the tender spot over the greater trochanter gives satisfying results.</w:t>
            </w:r>
          </w:p>
        </w:tc>
      </w:tr>
    </w:tbl>
    <w:p>
      <w:pPr>
        <w:spacing w:after="160"/>
      </w:pPr>
    </w:p>
    <w:p>
      <w:pPr>
        <w:spacing w:before="280" w:after="120"/>
        <w:pBdr>
          <w:bottom w:val="single" w:sz="4" w:space="1" w:color="1F4E79"/>
        </w:pBdr>
      </w:pPr>
      <w:r>
        <w:rPr>
          <w:rFonts w:ascii="Calibri" w:hAnsi="Calibri" w:eastAsia="Calibri" w:cs="Calibri"/>
          <w:b/>
          <w:i w:val="0"/>
          <w:color w:val="1F4E79"/>
          <w:sz w:val="28"/>
        </w:rPr>
        <w:t>SECTION 2 — Low Back Pain MCQs</w:t>
      </w:r>
    </w:p>
    <w:p>
      <w:pPr>
        <w:spacing w:after="120"/>
      </w:pPr>
      <w:r>
        <w:rPr>
          <w:rFonts w:ascii="Calibri" w:hAnsi="Calibri" w:eastAsia="Calibri" w:cs="Calibri"/>
          <w:b w:val="0"/>
          <w:i/>
          <w:color w:val="606060"/>
          <w:sz w:val="20"/>
        </w:rPr>
        <w:t>Select all that apply. Some questions have more than one correct answer.</w:t>
      </w: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Low back pain is generally understood to become 'chronic' after a period of how long?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6 weeks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12 weeks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20 weeks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NICE NG59 definition: back pain persisting for ≥12 weeks is classified as chronic.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Q2.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proportion of the population will develop low back pain at some time in their lives?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20%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50%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70%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90%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LBP has a lifetime prevalence of approximately 80–90% in Western populations.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Q3.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At what age does low back pain occur most commonly?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20–30 years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35–55 years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50–65 years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Peak incidence is in the working-age population (35–55), with significant economic impact.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Q4.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proportion of low back pain sufferers go on to develop chronic low back pain?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10%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2–7%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20%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5–10%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Most acute episodes resolve. Only 2–7% of patients develop chronic LBP lasting &gt;12 weeks.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Q5.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How much radiation is involved in a plain lumbar spine X-ray compared to a chest X-ray?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Equal amounts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Lumbar spine = 2 × Chest X-ray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Lumbar spine = 20 × Chest X-ray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Lumbar spine = 150 × Chest X-ray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Significant radiation exposure — reinforces why plain lumbar X-rays should not be routine in non-specific LBP.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Q6.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is the role of psychosocial factors in chronic low back pain?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Psychosocial factors only come into play when the LBP is very prolonged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Psychosocial factors influence response to treatment and rehabilitation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Biomedical factors are more important than psychosocial factors in determining chronicity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Yellow flags (psychosocial risk factors) predict transition from acute to chronic pain and should be assessed early.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Q7.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The following drugs should be considered of value in the management of acute low back pain: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Paracetamol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NSAIDs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Muscle relaxants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Narcotic analgesics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NICE NG59: NSAIDs are first-line pharmacotherapy. Weak opioids may be used short-term if NSAIDs contraindicated. Paracetamol alone is NOT recommended (NICE NG59, 2016). Muscle relaxants (e.g. diazepam) have short-term benefit for acute episodes.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Q8.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Which of the following are 'red flags' for possible serious spinal pathology?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Age over 55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Anorexia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Systemic steroid therapy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Difficulty with micturition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Cough-impulse pain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Key red flags for serious spinal pathology: unexplained weight loss, history of malignancy, long-term steroid use, bladder/bowel dysfunction (cauda equina), saddle anaesthesia, bilateral leg neurological signs, age of first onset in older adults. Cough-impulse pain and anorexia alone are non-specific. Always consider cauda equina syndrome urgently if bladder/bowel involved.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Q9.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What are the risk factors for chronicity (yellow flags)?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Previous history of low back pain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Nerve root signs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Medico-legal compensation claim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Heavy smoking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Depressive symptoms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Yellow flags predict chronicity: previous LBP episodes, psychological distress, depression, somatisation, low job satisfaction, medico-legal involvement, passive coping style.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Q10.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For which of the following interventions is there overall evidence of benefit?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Activity (avoidance of bed rest)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NSAIDs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Epidural injections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Back exercises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Traction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NICE NG59: stay active (bed rest is harmful), NSAIDs, structured exercise programmes. Traction is not recommended. Epidural injections have limited evidence for acute LBP.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Q11.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In the management of chronic back pain, which interventions are known to be beneficial for some patients?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Advice to stay active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Epidural corticosteroid injections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NSAIDs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Spinal manipulation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Microdiscectomy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NICE NG59 chronic LBP: exercise, NSAIDs, manual therapy (including spinal manipulation), psychological therapies, combined physical/psychological programmes. Microdiscectomy for disc prolapse with neurological compromise. Epidural injections: limited/no benefit for non-specific chronic LBP.</w:t>
            </w:r>
          </w:p>
        </w:tc>
      </w:tr>
    </w:tbl>
    <w:p>
      <w:pPr>
        <w:spacing w:after="20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BF4500"/>
                <w:sz w:val="22"/>
              </w:rPr>
              <w:t xml:space="preserve">Q12.  </w:t>
            </w:r>
            <w:r>
              <w:rPr>
                <w:rFonts w:ascii="Calibri" w:hAnsi="Calibri" w:eastAsia="Calibri" w:cs="Calibri"/>
                <w:b/>
                <w:i w:val="0"/>
                <w:color w:val="1F4E79"/>
                <w:sz w:val="22"/>
              </w:rPr>
              <w:t>Which features suggest nerve root pain?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Radiation to foot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Reduced straight leg raising causing back pain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 w:val="0"/>
                <w:i w:val="0"/>
                <w:color w:val="A0A0A0"/>
                <w:sz w:val="22"/>
              </w:rPr>
              <w:t xml:space="preserve">○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2"/>
              </w:rPr>
              <w:t>Weakness in both feet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2F0E8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 xml:space="preserve">✓  </w:t>
            </w:r>
            <w:r>
              <w:rPr>
                <w:rFonts w:ascii="Calibri" w:hAnsi="Calibri" w:eastAsia="Calibri" w:cs="Calibri"/>
                <w:b/>
                <w:i w:val="0"/>
                <w:color w:val="006B2F"/>
                <w:sz w:val="22"/>
              </w:rPr>
              <w:t>Numbness and paraesthesiae radiating to the foot or toes</w:t>
            </w:r>
          </w:p>
        </w:tc>
      </w:tr>
    </w:tbl>
    <w:p>
      <w:pPr>
        <w:spacing w:after="2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E8F0FE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707F"/>
                <w:sz w:val="20"/>
              </w:rPr>
              <w:t xml:space="preserve">📋  Clinical Note:  </w:t>
            </w:r>
            <w:r>
              <w:rPr>
                <w:rFonts w:ascii="Calibri" w:hAnsi="Calibri" w:eastAsia="Calibri" w:cs="Calibri"/>
                <w:b w:val="0"/>
                <w:i w:val="0"/>
                <w:color w:val="000000"/>
                <w:sz w:val="20"/>
              </w:rPr>
              <w:t>Nerve root pain: dermatomal radiation to the foot or toes, numbness/paraesthesiae in a dermatomal pattern, positive SLR reproducing LEG pain (not back pain), weakness in a myotomal distribution. Bilateral lower limb symptoms = cauda equina until proven otherwise.</w:t>
            </w:r>
          </w:p>
        </w:tc>
      </w:tr>
    </w:tbl>
    <w:p>
      <w:pPr>
        <w:spacing w:after="200"/>
      </w:pPr>
    </w:p>
    <w:p/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9406"/>
      </w:tblGrid>
      <w:tr>
        <w:tc>
          <w:tcPr>
            <w:tcW w:type="dxa" w:w="9406"/>
            <w:shd w:val="clear" w:color="auto" w:fill="FFF3CC"/>
            <w:tcMar>
              <w:top w:w="120" w:type="dxa"/>
              <w:left w:w="120" w:type="dxa"/>
              <w:bottom w:w="120" w:type="dxa"/>
              <w:right w:w="120" w:type="dxa"/>
            </w:tcMar>
          </w:tcPr>
          <w:p>
            <w:r>
              <w:rPr>
                <w:rFonts w:ascii="Calibri" w:hAnsi="Calibri" w:eastAsia="Calibri" w:cs="Calibri"/>
                <w:b/>
                <w:i w:val="0"/>
                <w:color w:val="000000"/>
                <w:sz w:val="21"/>
              </w:rPr>
              <w:t>⚠  Always double check this advice and drug doses with the latest NICE/BNF guidance. This document is for educational purposes only.</w:t>
            </w:r>
          </w:p>
        </w:tc>
      </w:tr>
    </w:tbl>
    <w:p>
      <w:pPr>
        <w:spacing w:after="40"/>
      </w:pPr>
    </w:p>
    <w:sectPr w:rsidR="00FC693F" w:rsidRPr="0006063C" w:rsidSect="00034616">
      <w:footerReference w:type="default" r:id="rId9"/>
      <w:pgSz w:w="12240" w:h="15840"/>
      <w:pgMar w:top="850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 w:cs="Calibri"/>
        <w:b w:val="0"/>
        <w:i w:val="0"/>
        <w:color w:val="808080"/>
        <w:sz w:val="16"/>
      </w:rPr>
      <w:t>A free resource provided by www.bradfordvts.co.uk, Dr Ramesh Mehay, Bradford VTS · June 2026</w:t>
    </w:r>
  </w:p>
  <w:p>
    <w:pPr>
      <w:jc w:val="center"/>
    </w:pPr>
    <w:r>
      <w:rPr>
        <w:rFonts w:ascii="Calibri" w:hAnsi="Calibri" w:eastAsia="Calibri" w:cs="Calibri"/>
        <w:b w:val="0"/>
        <w:i w:val="0"/>
        <w:color w:val="808080"/>
        <w:sz w:val="16"/>
      </w:rPr>
      <w:fldChar w:fldCharType="begin"/>
      <w:instrText xml:space="preserve">PAGE</w:instrText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 w:cs="Calibri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